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706" w:rsidRDefault="00094706">
      <w:pPr>
        <w:spacing w:after="40"/>
        <w:jc w:val="center"/>
        <w:rPr>
          <w:b/>
          <w:color w:val="1F4E79"/>
          <w:sz w:val="32"/>
          <w:lang w:val="es-ES"/>
        </w:rPr>
      </w:pPr>
      <w:r w:rsidRPr="00094706">
        <w:rPr>
          <w:b/>
          <w:noProof/>
          <w:color w:val="1F4E79"/>
          <w:sz w:val="32"/>
          <w:lang w:val="es-ES" w:eastAsia="es-ES"/>
        </w:rPr>
        <w:drawing>
          <wp:inline distT="0" distB="0" distL="0" distR="0">
            <wp:extent cx="1422400" cy="1360499"/>
            <wp:effectExtent l="0" t="0" r="6350" b="0"/>
            <wp:docPr id="1" name="Imagen 1" descr="C:\Users\nsirica\Desktop\ELEPAZ\LOGO ELEP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sirica\Desktop\ELEPAZ\LOGO ELEPAZ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021" cy="1381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ECA" w:rsidRPr="00094706" w:rsidRDefault="00DF4BEE">
      <w:pPr>
        <w:spacing w:after="40"/>
        <w:jc w:val="center"/>
        <w:rPr>
          <w:lang w:val="es-ES"/>
        </w:rPr>
      </w:pPr>
      <w:r w:rsidRPr="00094706">
        <w:rPr>
          <w:b/>
          <w:color w:val="1F4E79"/>
          <w:sz w:val="32"/>
          <w:lang w:val="es-ES"/>
        </w:rPr>
        <w:t>INSTITUTO ELEPAZ DE INVESTIGACIÓN Y PRÁCTICA</w:t>
      </w:r>
    </w:p>
    <w:p w:rsidR="00EC4ECA" w:rsidRPr="00094706" w:rsidRDefault="00DF4BEE">
      <w:pPr>
        <w:spacing w:after="40"/>
        <w:jc w:val="center"/>
        <w:rPr>
          <w:lang w:val="es-ES"/>
        </w:rPr>
      </w:pPr>
      <w:r w:rsidRPr="00094706">
        <w:rPr>
          <w:b/>
          <w:color w:val="373737"/>
          <w:sz w:val="26"/>
          <w:lang w:val="es-ES"/>
        </w:rPr>
        <w:t>Ficha de candidatura - Profesores-investigadores</w:t>
      </w:r>
    </w:p>
    <w:p w:rsidR="00EC4ECA" w:rsidRPr="00094706" w:rsidRDefault="00DF4BEE">
      <w:pPr>
        <w:spacing w:after="160"/>
        <w:jc w:val="center"/>
        <w:rPr>
          <w:lang w:val="es-ES"/>
        </w:rPr>
      </w:pPr>
      <w:r w:rsidRPr="00094706">
        <w:rPr>
          <w:i/>
          <w:color w:val="595959"/>
          <w:lang w:val="es-ES"/>
        </w:rPr>
        <w:t>Ciclo de investigación 2026-2027</w:t>
      </w:r>
    </w:p>
    <w:p w:rsidR="00C7715A" w:rsidRDefault="00C7715A" w:rsidP="00C7715A">
      <w:pPr>
        <w:spacing w:after="180"/>
        <w:jc w:val="both"/>
        <w:rPr>
          <w:color w:val="595959"/>
          <w:sz w:val="19"/>
          <w:lang w:val="es-ES"/>
        </w:rPr>
      </w:pPr>
      <w:r w:rsidRPr="00C7715A">
        <w:rPr>
          <w:color w:val="595959"/>
          <w:sz w:val="19"/>
          <w:lang w:val="es-ES"/>
        </w:rPr>
        <w:t xml:space="preserve">Complete esta ficha </w:t>
      </w:r>
      <w:r w:rsidRPr="000358CF">
        <w:rPr>
          <w:b/>
          <w:color w:val="595959"/>
          <w:sz w:val="19"/>
          <w:lang w:val="es-ES"/>
        </w:rPr>
        <w:t>en su totalidad</w:t>
      </w:r>
      <w:r w:rsidRPr="00C7715A">
        <w:rPr>
          <w:color w:val="595959"/>
          <w:sz w:val="19"/>
          <w:lang w:val="es-ES"/>
        </w:rPr>
        <w:t xml:space="preserve"> con la información más relevante para su candidatura. </w:t>
      </w:r>
      <w:r w:rsidRPr="000358CF">
        <w:rPr>
          <w:b/>
          <w:color w:val="595959"/>
          <w:sz w:val="19"/>
          <w:lang w:val="es-ES"/>
        </w:rPr>
        <w:t>Todos los apartados son obligatorios y las candidaturas incompletas no podrán ser consideradas</w:t>
      </w:r>
      <w:r w:rsidRPr="00C7715A">
        <w:rPr>
          <w:color w:val="595959"/>
          <w:sz w:val="19"/>
          <w:lang w:val="es-ES"/>
        </w:rPr>
        <w:t>. Cuando corresponda, incluya enlaces públicos a perfiles, publicaciones o proyectos.</w:t>
      </w:r>
    </w:p>
    <w:p w:rsidR="00EC4ECA" w:rsidRDefault="00DF4BEE">
      <w:pPr>
        <w:keepNext/>
        <w:spacing w:before="160" w:after="100"/>
      </w:pPr>
      <w:r>
        <w:rPr>
          <w:b/>
          <w:color w:val="1F4E79"/>
          <w:sz w:val="26"/>
        </w:rPr>
        <w:t>1. Datos personales y profesionales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6408"/>
      </w:tblGrid>
      <w:tr w:rsidR="00EC4ECA">
        <w:trPr>
          <w:cantSplit/>
          <w:jc w:val="center"/>
        </w:trPr>
        <w:tc>
          <w:tcPr>
            <w:tcW w:w="29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Default="00DF4BEE">
            <w:r>
              <w:rPr>
                <w:b/>
                <w:color w:val="1F4E79"/>
              </w:rPr>
              <w:t>Nombre</w:t>
            </w:r>
          </w:p>
        </w:tc>
        <w:tc>
          <w:tcPr>
            <w:tcW w:w="64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Default="00DF4BEE">
            <w:r>
              <w:t xml:space="preserve"> </w:t>
            </w:r>
          </w:p>
        </w:tc>
      </w:tr>
      <w:tr w:rsidR="00EC4ECA">
        <w:trPr>
          <w:cantSplit/>
          <w:jc w:val="center"/>
        </w:trPr>
        <w:tc>
          <w:tcPr>
            <w:tcW w:w="29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Default="00DF4BEE">
            <w:r>
              <w:rPr>
                <w:b/>
                <w:color w:val="1F4E79"/>
              </w:rPr>
              <w:t>Apellido(s)</w:t>
            </w:r>
          </w:p>
        </w:tc>
        <w:tc>
          <w:tcPr>
            <w:tcW w:w="64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Default="00DF4BEE">
            <w:r>
              <w:t xml:space="preserve"> </w:t>
            </w:r>
          </w:p>
        </w:tc>
      </w:tr>
      <w:tr w:rsidR="00EC4ECA">
        <w:trPr>
          <w:cantSplit/>
          <w:jc w:val="center"/>
        </w:trPr>
        <w:tc>
          <w:tcPr>
            <w:tcW w:w="29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Default="00DF4BEE">
            <w:r>
              <w:rPr>
                <w:b/>
                <w:color w:val="1F4E79"/>
              </w:rPr>
              <w:t>Nacionalidad</w:t>
            </w:r>
          </w:p>
        </w:tc>
        <w:tc>
          <w:tcPr>
            <w:tcW w:w="64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Default="00DF4BEE">
            <w:r>
              <w:t xml:space="preserve"> </w:t>
            </w:r>
          </w:p>
        </w:tc>
      </w:tr>
      <w:tr w:rsidR="00EC4ECA" w:rsidRPr="00620672">
        <w:trPr>
          <w:cantSplit/>
          <w:jc w:val="center"/>
        </w:trPr>
        <w:tc>
          <w:tcPr>
            <w:tcW w:w="29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Pr="00620672" w:rsidRDefault="00DF4BEE">
            <w:pPr>
              <w:rPr>
                <w:lang w:val="es-ES"/>
              </w:rPr>
            </w:pPr>
            <w:r w:rsidRPr="00620672">
              <w:rPr>
                <w:b/>
                <w:color w:val="1F4E79"/>
                <w:lang w:val="es-ES"/>
              </w:rPr>
              <w:t>País de residencia</w:t>
            </w:r>
            <w:r w:rsidR="00620672" w:rsidRPr="00620672">
              <w:rPr>
                <w:b/>
                <w:color w:val="1F4E79"/>
                <w:lang w:val="es-ES"/>
              </w:rPr>
              <w:t xml:space="preserve"> y trabajo</w:t>
            </w:r>
          </w:p>
        </w:tc>
        <w:tc>
          <w:tcPr>
            <w:tcW w:w="64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Pr="00620672" w:rsidRDefault="00DF4BEE">
            <w:pPr>
              <w:rPr>
                <w:lang w:val="es-ES"/>
              </w:rPr>
            </w:pPr>
            <w:r w:rsidRPr="00620672">
              <w:rPr>
                <w:lang w:val="es-ES"/>
              </w:rPr>
              <w:t xml:space="preserve"> </w:t>
            </w:r>
          </w:p>
        </w:tc>
      </w:tr>
      <w:tr w:rsidR="00EC4ECA">
        <w:trPr>
          <w:cantSplit/>
          <w:jc w:val="center"/>
        </w:trPr>
        <w:tc>
          <w:tcPr>
            <w:tcW w:w="29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Default="00DF4BEE">
            <w:proofErr w:type="spellStart"/>
            <w:r>
              <w:rPr>
                <w:b/>
                <w:color w:val="1F4E79"/>
              </w:rPr>
              <w:t>Correo</w:t>
            </w:r>
            <w:proofErr w:type="spellEnd"/>
            <w:r>
              <w:rPr>
                <w:b/>
                <w:color w:val="1F4E79"/>
              </w:rPr>
              <w:t xml:space="preserve"> </w:t>
            </w:r>
            <w:proofErr w:type="spellStart"/>
            <w:r>
              <w:rPr>
                <w:b/>
                <w:color w:val="1F4E79"/>
              </w:rPr>
              <w:t>electrónico</w:t>
            </w:r>
            <w:proofErr w:type="spellEnd"/>
          </w:p>
        </w:tc>
        <w:tc>
          <w:tcPr>
            <w:tcW w:w="64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Default="00DF4BEE">
            <w:r>
              <w:t xml:space="preserve"> </w:t>
            </w:r>
          </w:p>
        </w:tc>
      </w:tr>
      <w:tr w:rsidR="00EC4ECA" w:rsidRPr="00A73535">
        <w:trPr>
          <w:cantSplit/>
          <w:jc w:val="center"/>
        </w:trPr>
        <w:tc>
          <w:tcPr>
            <w:tcW w:w="29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Pr="00094706" w:rsidRDefault="00DF4BEE">
            <w:pPr>
              <w:rPr>
                <w:lang w:val="es-ES"/>
              </w:rPr>
            </w:pPr>
            <w:r w:rsidRPr="00094706">
              <w:rPr>
                <w:b/>
                <w:color w:val="1F4E79"/>
                <w:lang w:val="es-ES"/>
              </w:rPr>
              <w:t xml:space="preserve">ORCID </w:t>
            </w:r>
            <w:r w:rsidRPr="00620672">
              <w:rPr>
                <w:b/>
                <w:color w:val="1F4E79"/>
                <w:sz w:val="18"/>
                <w:szCs w:val="18"/>
                <w:lang w:val="es-ES"/>
              </w:rPr>
              <w:t>(si dispone de uno)</w:t>
            </w:r>
          </w:p>
        </w:tc>
        <w:tc>
          <w:tcPr>
            <w:tcW w:w="64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Pr="00094706" w:rsidRDefault="00DF4BEE">
            <w:pPr>
              <w:rPr>
                <w:lang w:val="es-ES"/>
              </w:rPr>
            </w:pPr>
            <w:r w:rsidRPr="00094706">
              <w:rPr>
                <w:lang w:val="es-ES"/>
              </w:rPr>
              <w:t xml:space="preserve"> </w:t>
            </w:r>
          </w:p>
        </w:tc>
      </w:tr>
      <w:tr w:rsidR="00EC4ECA" w:rsidRPr="00A73535">
        <w:trPr>
          <w:cantSplit/>
          <w:jc w:val="center"/>
        </w:trPr>
        <w:tc>
          <w:tcPr>
            <w:tcW w:w="29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Pr="00094706" w:rsidRDefault="00DF4BEE">
            <w:pPr>
              <w:rPr>
                <w:lang w:val="es-ES"/>
              </w:rPr>
            </w:pPr>
            <w:r w:rsidRPr="00094706">
              <w:rPr>
                <w:b/>
                <w:color w:val="1F4E79"/>
                <w:lang w:val="es-ES"/>
              </w:rPr>
              <w:t>Perfil académico o profesion</w:t>
            </w:r>
            <w:bookmarkStart w:id="0" w:name="_GoBack"/>
            <w:bookmarkEnd w:id="0"/>
            <w:r w:rsidRPr="00094706">
              <w:rPr>
                <w:b/>
                <w:color w:val="1F4E79"/>
                <w:lang w:val="es-ES"/>
              </w:rPr>
              <w:t xml:space="preserve">al en línea </w:t>
            </w:r>
            <w:r w:rsidRPr="00620672">
              <w:rPr>
                <w:b/>
                <w:color w:val="1F4E79"/>
                <w:sz w:val="18"/>
                <w:szCs w:val="18"/>
                <w:lang w:val="es-ES"/>
              </w:rPr>
              <w:t>(si procede)</w:t>
            </w:r>
          </w:p>
        </w:tc>
        <w:tc>
          <w:tcPr>
            <w:tcW w:w="64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Pr="00094706" w:rsidRDefault="00DF4BEE">
            <w:pPr>
              <w:rPr>
                <w:lang w:val="es-ES"/>
              </w:rPr>
            </w:pPr>
            <w:r w:rsidRPr="00094706">
              <w:rPr>
                <w:lang w:val="es-ES"/>
              </w:rPr>
              <w:t xml:space="preserve"> </w:t>
            </w:r>
          </w:p>
        </w:tc>
      </w:tr>
    </w:tbl>
    <w:p w:rsidR="00EC4ECA" w:rsidRPr="00094706" w:rsidRDefault="00EC4ECA">
      <w:pPr>
        <w:spacing w:after="20"/>
        <w:rPr>
          <w:lang w:val="es-ES"/>
        </w:rPr>
      </w:pPr>
    </w:p>
    <w:p w:rsidR="00EC4ECA" w:rsidRDefault="00DF4BEE">
      <w:pPr>
        <w:keepNext/>
        <w:spacing w:before="160" w:after="100"/>
      </w:pPr>
      <w:r>
        <w:rPr>
          <w:b/>
          <w:color w:val="1F4E79"/>
          <w:sz w:val="26"/>
        </w:rPr>
        <w:t>2. Situación profesional actual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6408"/>
      </w:tblGrid>
      <w:tr w:rsidR="00EC4ECA">
        <w:trPr>
          <w:cantSplit/>
          <w:jc w:val="center"/>
        </w:trPr>
        <w:tc>
          <w:tcPr>
            <w:tcW w:w="29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Default="00DF4BEE">
            <w:r>
              <w:rPr>
                <w:b/>
                <w:color w:val="1F4E79"/>
              </w:rPr>
              <w:t>Institución</w:t>
            </w:r>
          </w:p>
        </w:tc>
        <w:tc>
          <w:tcPr>
            <w:tcW w:w="64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Default="00DF4BEE">
            <w:r>
              <w:t xml:space="preserve"> </w:t>
            </w:r>
          </w:p>
        </w:tc>
      </w:tr>
      <w:tr w:rsidR="00EC4ECA">
        <w:trPr>
          <w:cantSplit/>
          <w:jc w:val="center"/>
        </w:trPr>
        <w:tc>
          <w:tcPr>
            <w:tcW w:w="29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Default="00DF4BEE">
            <w:r>
              <w:rPr>
                <w:b/>
                <w:color w:val="1F4E79"/>
              </w:rPr>
              <w:t>País</w:t>
            </w:r>
          </w:p>
        </w:tc>
        <w:tc>
          <w:tcPr>
            <w:tcW w:w="64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Default="00DF4BEE">
            <w:r>
              <w:t xml:space="preserve"> </w:t>
            </w:r>
          </w:p>
        </w:tc>
      </w:tr>
      <w:tr w:rsidR="00EC4ECA">
        <w:trPr>
          <w:cantSplit/>
          <w:jc w:val="center"/>
        </w:trPr>
        <w:tc>
          <w:tcPr>
            <w:tcW w:w="29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Default="00DF4BEE">
            <w:r>
              <w:rPr>
                <w:b/>
                <w:color w:val="1F4E79"/>
              </w:rPr>
              <w:t>Cargo / función</w:t>
            </w:r>
          </w:p>
        </w:tc>
        <w:tc>
          <w:tcPr>
            <w:tcW w:w="64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Default="00DF4BEE">
            <w:r>
              <w:t xml:space="preserve"> </w:t>
            </w:r>
          </w:p>
        </w:tc>
      </w:tr>
      <w:tr w:rsidR="00EC4ECA" w:rsidRPr="00A73535">
        <w:trPr>
          <w:cantSplit/>
          <w:jc w:val="center"/>
        </w:trPr>
        <w:tc>
          <w:tcPr>
            <w:tcW w:w="29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Pr="00094706" w:rsidRDefault="00DF4BEE">
            <w:pPr>
              <w:rPr>
                <w:lang w:val="es-ES"/>
              </w:rPr>
            </w:pPr>
            <w:r w:rsidRPr="00094706">
              <w:rPr>
                <w:b/>
                <w:color w:val="1F4E79"/>
                <w:lang w:val="es-ES"/>
              </w:rPr>
              <w:t>Asignaturas o áreas de docencia</w:t>
            </w:r>
          </w:p>
        </w:tc>
        <w:tc>
          <w:tcPr>
            <w:tcW w:w="64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Pr="00094706" w:rsidRDefault="00DF4BEE">
            <w:pPr>
              <w:rPr>
                <w:lang w:val="es-ES"/>
              </w:rPr>
            </w:pPr>
            <w:r w:rsidRPr="00094706">
              <w:rPr>
                <w:lang w:val="es-ES"/>
              </w:rPr>
              <w:t xml:space="preserve"> </w:t>
            </w:r>
            <w:r w:rsidRPr="00094706">
              <w:rPr>
                <w:lang w:val="es-ES"/>
              </w:rPr>
              <w:br/>
            </w:r>
          </w:p>
        </w:tc>
      </w:tr>
      <w:tr w:rsidR="00EC4ECA" w:rsidRPr="00A73535">
        <w:trPr>
          <w:cantSplit/>
          <w:jc w:val="center"/>
        </w:trPr>
        <w:tc>
          <w:tcPr>
            <w:tcW w:w="29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Pr="00094706" w:rsidRDefault="00094706">
            <w:pPr>
              <w:rPr>
                <w:lang w:val="es-ES"/>
              </w:rPr>
            </w:pPr>
            <w:r>
              <w:rPr>
                <w:b/>
                <w:color w:val="1F4E79"/>
                <w:lang w:val="es-ES"/>
              </w:rPr>
              <w:t>D</w:t>
            </w:r>
            <w:r w:rsidR="00DF4BEE" w:rsidRPr="00094706">
              <w:rPr>
                <w:b/>
                <w:color w:val="1F4E79"/>
                <w:lang w:val="es-ES"/>
              </w:rPr>
              <w:t>escripción de su actividad profesional actual</w:t>
            </w:r>
          </w:p>
        </w:tc>
        <w:tc>
          <w:tcPr>
            <w:tcW w:w="64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220D0A" w:rsidRPr="00094706" w:rsidRDefault="00220D0A">
            <w:pPr>
              <w:rPr>
                <w:lang w:val="es-ES"/>
              </w:rPr>
            </w:pPr>
          </w:p>
        </w:tc>
      </w:tr>
    </w:tbl>
    <w:p w:rsidR="00EC4ECA" w:rsidRPr="00094706" w:rsidRDefault="00EC4ECA">
      <w:pPr>
        <w:spacing w:after="20"/>
        <w:rPr>
          <w:lang w:val="es-ES"/>
        </w:rPr>
      </w:pPr>
    </w:p>
    <w:p w:rsidR="00EC4ECA" w:rsidRPr="00094706" w:rsidRDefault="00DF4BEE">
      <w:pPr>
        <w:keepNext/>
        <w:spacing w:before="160" w:after="100"/>
        <w:rPr>
          <w:lang w:val="es-ES"/>
        </w:rPr>
      </w:pPr>
      <w:r w:rsidRPr="00094706">
        <w:rPr>
          <w:b/>
          <w:color w:val="1F4E79"/>
          <w:sz w:val="26"/>
          <w:lang w:val="es-ES"/>
        </w:rPr>
        <w:lastRenderedPageBreak/>
        <w:t>3. Experiencia profesional</w:t>
      </w:r>
    </w:p>
    <w:p w:rsidR="00EC4ECA" w:rsidRPr="00094706" w:rsidRDefault="00DF4BEE">
      <w:pPr>
        <w:spacing w:after="100"/>
        <w:rPr>
          <w:lang w:val="es-ES"/>
        </w:rPr>
      </w:pPr>
      <w:r w:rsidRPr="00094706">
        <w:rPr>
          <w:i/>
          <w:color w:val="595959"/>
          <w:sz w:val="19"/>
          <w:lang w:val="es-ES"/>
        </w:rPr>
        <w:t>Indique las principales experiencias relacionadas con ELE, investigación, formación docente, educación intercultural o ámbitos afines.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224"/>
        <w:gridCol w:w="1656"/>
        <w:gridCol w:w="1152"/>
        <w:gridCol w:w="3240"/>
      </w:tblGrid>
      <w:tr w:rsidR="00EC4ECA">
        <w:trPr>
          <w:tblHeader/>
          <w:jc w:val="center"/>
        </w:trPr>
        <w:tc>
          <w:tcPr>
            <w:tcW w:w="2088" w:type="dxa"/>
            <w:shd w:val="clear" w:color="auto" w:fill="D9E8F5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:rsidR="00EC4ECA" w:rsidRDefault="00DF4BEE">
            <w:pPr>
              <w:jc w:val="center"/>
            </w:pPr>
            <w:proofErr w:type="spellStart"/>
            <w:r>
              <w:rPr>
                <w:b/>
                <w:color w:val="1F4E79"/>
                <w:sz w:val="17"/>
              </w:rPr>
              <w:t>Institución</w:t>
            </w:r>
            <w:proofErr w:type="spellEnd"/>
          </w:p>
        </w:tc>
        <w:tc>
          <w:tcPr>
            <w:tcW w:w="1224" w:type="dxa"/>
            <w:shd w:val="clear" w:color="auto" w:fill="D9E8F5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7"/>
              </w:rPr>
              <w:t>País</w:t>
            </w:r>
          </w:p>
        </w:tc>
        <w:tc>
          <w:tcPr>
            <w:tcW w:w="1656" w:type="dxa"/>
            <w:shd w:val="clear" w:color="auto" w:fill="D9E8F5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7"/>
              </w:rPr>
              <w:t>Función</w:t>
            </w:r>
          </w:p>
        </w:tc>
        <w:tc>
          <w:tcPr>
            <w:tcW w:w="1152" w:type="dxa"/>
            <w:shd w:val="clear" w:color="auto" w:fill="D9E8F5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7"/>
              </w:rPr>
              <w:t>Periodo</w:t>
            </w:r>
          </w:p>
        </w:tc>
        <w:tc>
          <w:tcPr>
            <w:tcW w:w="3240" w:type="dxa"/>
            <w:shd w:val="clear" w:color="auto" w:fill="D9E8F5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7"/>
              </w:rPr>
              <w:t>Principales responsabilidades</w:t>
            </w:r>
          </w:p>
        </w:tc>
      </w:tr>
      <w:tr w:rsidR="00EC4ECA">
        <w:trPr>
          <w:cantSplit/>
          <w:jc w:val="center"/>
        </w:trPr>
        <w:tc>
          <w:tcPr>
            <w:tcW w:w="2088" w:type="dxa"/>
            <w:tcMar>
              <w:top w:w="100" w:type="dxa"/>
              <w:left w:w="75" w:type="dxa"/>
              <w:bottom w:w="100" w:type="dxa"/>
              <w:right w:w="75" w:type="dxa"/>
            </w:tcMar>
          </w:tcPr>
          <w:p w:rsidR="00EC4ECA" w:rsidRDefault="00EC4ECA"/>
        </w:tc>
        <w:tc>
          <w:tcPr>
            <w:tcW w:w="1224" w:type="dxa"/>
            <w:tcMar>
              <w:top w:w="100" w:type="dxa"/>
              <w:left w:w="75" w:type="dxa"/>
              <w:bottom w:w="100" w:type="dxa"/>
              <w:right w:w="75" w:type="dxa"/>
            </w:tcMar>
          </w:tcPr>
          <w:p w:rsidR="00EC4ECA" w:rsidRDefault="00DF4BEE">
            <w:r>
              <w:rPr>
                <w:sz w:val="18"/>
              </w:rPr>
              <w:br/>
            </w:r>
          </w:p>
        </w:tc>
        <w:tc>
          <w:tcPr>
            <w:tcW w:w="1656" w:type="dxa"/>
            <w:tcMar>
              <w:top w:w="100" w:type="dxa"/>
              <w:left w:w="75" w:type="dxa"/>
              <w:bottom w:w="100" w:type="dxa"/>
              <w:right w:w="75" w:type="dxa"/>
            </w:tcMar>
          </w:tcPr>
          <w:p w:rsidR="00EC4ECA" w:rsidRDefault="00DF4BEE">
            <w:r>
              <w:rPr>
                <w:sz w:val="18"/>
              </w:rPr>
              <w:br/>
            </w:r>
          </w:p>
        </w:tc>
        <w:tc>
          <w:tcPr>
            <w:tcW w:w="1152" w:type="dxa"/>
            <w:tcMar>
              <w:top w:w="100" w:type="dxa"/>
              <w:left w:w="75" w:type="dxa"/>
              <w:bottom w:w="100" w:type="dxa"/>
              <w:right w:w="75" w:type="dxa"/>
            </w:tcMar>
          </w:tcPr>
          <w:p w:rsidR="00EC4ECA" w:rsidRDefault="00DF4BEE">
            <w:r>
              <w:rPr>
                <w:sz w:val="18"/>
              </w:rPr>
              <w:br/>
            </w:r>
          </w:p>
        </w:tc>
        <w:tc>
          <w:tcPr>
            <w:tcW w:w="3240" w:type="dxa"/>
            <w:tcMar>
              <w:top w:w="100" w:type="dxa"/>
              <w:left w:w="75" w:type="dxa"/>
              <w:bottom w:w="100" w:type="dxa"/>
              <w:right w:w="75" w:type="dxa"/>
            </w:tcMar>
          </w:tcPr>
          <w:p w:rsidR="00EC4ECA" w:rsidRDefault="00DF4BEE">
            <w:r>
              <w:rPr>
                <w:sz w:val="18"/>
              </w:rPr>
              <w:br/>
            </w:r>
          </w:p>
        </w:tc>
      </w:tr>
      <w:tr w:rsidR="00EC4ECA">
        <w:trPr>
          <w:cantSplit/>
          <w:jc w:val="center"/>
        </w:trPr>
        <w:tc>
          <w:tcPr>
            <w:tcW w:w="2088" w:type="dxa"/>
            <w:tcMar>
              <w:top w:w="100" w:type="dxa"/>
              <w:left w:w="75" w:type="dxa"/>
              <w:bottom w:w="100" w:type="dxa"/>
              <w:right w:w="75" w:type="dxa"/>
            </w:tcMar>
          </w:tcPr>
          <w:p w:rsidR="00EC4ECA" w:rsidRDefault="00EC4ECA"/>
        </w:tc>
        <w:tc>
          <w:tcPr>
            <w:tcW w:w="1224" w:type="dxa"/>
            <w:tcMar>
              <w:top w:w="100" w:type="dxa"/>
              <w:left w:w="75" w:type="dxa"/>
              <w:bottom w:w="100" w:type="dxa"/>
              <w:right w:w="75" w:type="dxa"/>
            </w:tcMar>
          </w:tcPr>
          <w:p w:rsidR="00EC4ECA" w:rsidRDefault="00DF4BEE">
            <w:r>
              <w:rPr>
                <w:sz w:val="18"/>
              </w:rPr>
              <w:br/>
            </w:r>
          </w:p>
        </w:tc>
        <w:tc>
          <w:tcPr>
            <w:tcW w:w="1656" w:type="dxa"/>
            <w:tcMar>
              <w:top w:w="100" w:type="dxa"/>
              <w:left w:w="75" w:type="dxa"/>
              <w:bottom w:w="100" w:type="dxa"/>
              <w:right w:w="75" w:type="dxa"/>
            </w:tcMar>
          </w:tcPr>
          <w:p w:rsidR="00EC4ECA" w:rsidRDefault="00DF4BEE">
            <w:r>
              <w:rPr>
                <w:sz w:val="18"/>
              </w:rPr>
              <w:br/>
            </w:r>
          </w:p>
        </w:tc>
        <w:tc>
          <w:tcPr>
            <w:tcW w:w="1152" w:type="dxa"/>
            <w:tcMar>
              <w:top w:w="100" w:type="dxa"/>
              <w:left w:w="75" w:type="dxa"/>
              <w:bottom w:w="100" w:type="dxa"/>
              <w:right w:w="75" w:type="dxa"/>
            </w:tcMar>
          </w:tcPr>
          <w:p w:rsidR="00EC4ECA" w:rsidRDefault="00DF4BEE">
            <w:r>
              <w:rPr>
                <w:sz w:val="18"/>
              </w:rPr>
              <w:br/>
            </w:r>
          </w:p>
        </w:tc>
        <w:tc>
          <w:tcPr>
            <w:tcW w:w="3240" w:type="dxa"/>
            <w:tcMar>
              <w:top w:w="100" w:type="dxa"/>
              <w:left w:w="75" w:type="dxa"/>
              <w:bottom w:w="100" w:type="dxa"/>
              <w:right w:w="75" w:type="dxa"/>
            </w:tcMar>
          </w:tcPr>
          <w:p w:rsidR="00EC4ECA" w:rsidRDefault="00DF4BEE">
            <w:r>
              <w:rPr>
                <w:sz w:val="18"/>
              </w:rPr>
              <w:br/>
            </w:r>
          </w:p>
        </w:tc>
      </w:tr>
      <w:tr w:rsidR="00EC4ECA">
        <w:trPr>
          <w:cantSplit/>
          <w:jc w:val="center"/>
        </w:trPr>
        <w:tc>
          <w:tcPr>
            <w:tcW w:w="2088" w:type="dxa"/>
            <w:tcMar>
              <w:top w:w="100" w:type="dxa"/>
              <w:left w:w="75" w:type="dxa"/>
              <w:bottom w:w="100" w:type="dxa"/>
              <w:right w:w="75" w:type="dxa"/>
            </w:tcMar>
          </w:tcPr>
          <w:p w:rsidR="00EC4ECA" w:rsidRDefault="00DF4BEE">
            <w:r>
              <w:rPr>
                <w:sz w:val="18"/>
              </w:rPr>
              <w:br/>
            </w:r>
          </w:p>
        </w:tc>
        <w:tc>
          <w:tcPr>
            <w:tcW w:w="1224" w:type="dxa"/>
            <w:tcMar>
              <w:top w:w="100" w:type="dxa"/>
              <w:left w:w="75" w:type="dxa"/>
              <w:bottom w:w="100" w:type="dxa"/>
              <w:right w:w="75" w:type="dxa"/>
            </w:tcMar>
          </w:tcPr>
          <w:p w:rsidR="00EC4ECA" w:rsidRDefault="00DF4BEE">
            <w:r>
              <w:rPr>
                <w:sz w:val="18"/>
              </w:rPr>
              <w:br/>
            </w:r>
          </w:p>
        </w:tc>
        <w:tc>
          <w:tcPr>
            <w:tcW w:w="1656" w:type="dxa"/>
            <w:tcMar>
              <w:top w:w="100" w:type="dxa"/>
              <w:left w:w="75" w:type="dxa"/>
              <w:bottom w:w="100" w:type="dxa"/>
              <w:right w:w="75" w:type="dxa"/>
            </w:tcMar>
          </w:tcPr>
          <w:p w:rsidR="00EC4ECA" w:rsidRDefault="00DF4BEE">
            <w:r>
              <w:rPr>
                <w:sz w:val="18"/>
              </w:rPr>
              <w:br/>
            </w:r>
          </w:p>
        </w:tc>
        <w:tc>
          <w:tcPr>
            <w:tcW w:w="1152" w:type="dxa"/>
            <w:tcMar>
              <w:top w:w="100" w:type="dxa"/>
              <w:left w:w="75" w:type="dxa"/>
              <w:bottom w:w="100" w:type="dxa"/>
              <w:right w:w="75" w:type="dxa"/>
            </w:tcMar>
          </w:tcPr>
          <w:p w:rsidR="00EC4ECA" w:rsidRDefault="00DF4BEE">
            <w:r>
              <w:rPr>
                <w:sz w:val="18"/>
              </w:rPr>
              <w:br/>
            </w:r>
          </w:p>
        </w:tc>
        <w:tc>
          <w:tcPr>
            <w:tcW w:w="3240" w:type="dxa"/>
            <w:tcMar>
              <w:top w:w="100" w:type="dxa"/>
              <w:left w:w="75" w:type="dxa"/>
              <w:bottom w:w="100" w:type="dxa"/>
              <w:right w:w="75" w:type="dxa"/>
            </w:tcMar>
          </w:tcPr>
          <w:p w:rsidR="00EC4ECA" w:rsidRDefault="00DF4BEE">
            <w:r>
              <w:rPr>
                <w:sz w:val="18"/>
              </w:rPr>
              <w:br/>
            </w:r>
          </w:p>
        </w:tc>
      </w:tr>
      <w:tr w:rsidR="00EC4ECA">
        <w:trPr>
          <w:cantSplit/>
          <w:jc w:val="center"/>
        </w:trPr>
        <w:tc>
          <w:tcPr>
            <w:tcW w:w="2088" w:type="dxa"/>
            <w:tcMar>
              <w:top w:w="100" w:type="dxa"/>
              <w:left w:w="75" w:type="dxa"/>
              <w:bottom w:w="100" w:type="dxa"/>
              <w:right w:w="75" w:type="dxa"/>
            </w:tcMar>
          </w:tcPr>
          <w:p w:rsidR="00EC4ECA" w:rsidRDefault="00DF4BEE">
            <w:r>
              <w:rPr>
                <w:sz w:val="18"/>
              </w:rPr>
              <w:br/>
            </w:r>
          </w:p>
        </w:tc>
        <w:tc>
          <w:tcPr>
            <w:tcW w:w="1224" w:type="dxa"/>
            <w:tcMar>
              <w:top w:w="100" w:type="dxa"/>
              <w:left w:w="75" w:type="dxa"/>
              <w:bottom w:w="100" w:type="dxa"/>
              <w:right w:w="75" w:type="dxa"/>
            </w:tcMar>
          </w:tcPr>
          <w:p w:rsidR="00EC4ECA" w:rsidRDefault="00DF4BEE">
            <w:r>
              <w:rPr>
                <w:sz w:val="18"/>
              </w:rPr>
              <w:br/>
            </w:r>
          </w:p>
        </w:tc>
        <w:tc>
          <w:tcPr>
            <w:tcW w:w="1656" w:type="dxa"/>
            <w:tcMar>
              <w:top w:w="100" w:type="dxa"/>
              <w:left w:w="75" w:type="dxa"/>
              <w:bottom w:w="100" w:type="dxa"/>
              <w:right w:w="75" w:type="dxa"/>
            </w:tcMar>
          </w:tcPr>
          <w:p w:rsidR="00EC4ECA" w:rsidRDefault="00DF4BEE">
            <w:r>
              <w:rPr>
                <w:sz w:val="18"/>
              </w:rPr>
              <w:br/>
            </w:r>
          </w:p>
        </w:tc>
        <w:tc>
          <w:tcPr>
            <w:tcW w:w="1152" w:type="dxa"/>
            <w:tcMar>
              <w:top w:w="100" w:type="dxa"/>
              <w:left w:w="75" w:type="dxa"/>
              <w:bottom w:w="100" w:type="dxa"/>
              <w:right w:w="75" w:type="dxa"/>
            </w:tcMar>
          </w:tcPr>
          <w:p w:rsidR="00EC4ECA" w:rsidRDefault="00DF4BEE">
            <w:r>
              <w:rPr>
                <w:sz w:val="18"/>
              </w:rPr>
              <w:br/>
            </w:r>
          </w:p>
        </w:tc>
        <w:tc>
          <w:tcPr>
            <w:tcW w:w="3240" w:type="dxa"/>
            <w:tcMar>
              <w:top w:w="100" w:type="dxa"/>
              <w:left w:w="75" w:type="dxa"/>
              <w:bottom w:w="100" w:type="dxa"/>
              <w:right w:w="75" w:type="dxa"/>
            </w:tcMar>
          </w:tcPr>
          <w:p w:rsidR="00EC4ECA" w:rsidRDefault="00DF4BEE">
            <w:r>
              <w:rPr>
                <w:sz w:val="18"/>
              </w:rPr>
              <w:br/>
            </w:r>
          </w:p>
        </w:tc>
      </w:tr>
    </w:tbl>
    <w:p w:rsidR="00EC4ECA" w:rsidRDefault="00EC4ECA"/>
    <w:p w:rsidR="00EC4ECA" w:rsidRDefault="00DF4BEE">
      <w:pPr>
        <w:keepNext/>
        <w:spacing w:before="160" w:after="100"/>
      </w:pPr>
      <w:r>
        <w:rPr>
          <w:b/>
          <w:color w:val="1F4E79"/>
          <w:sz w:val="26"/>
        </w:rPr>
        <w:t>4. Formación académica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6408"/>
      </w:tblGrid>
      <w:tr w:rsidR="00EC4ECA">
        <w:trPr>
          <w:cantSplit/>
          <w:jc w:val="center"/>
        </w:trPr>
        <w:tc>
          <w:tcPr>
            <w:tcW w:w="29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Default="00DF4BEE">
            <w:r>
              <w:rPr>
                <w:b/>
                <w:color w:val="1F4E79"/>
              </w:rPr>
              <w:t>Doctorado - programa / título</w:t>
            </w:r>
          </w:p>
        </w:tc>
        <w:tc>
          <w:tcPr>
            <w:tcW w:w="64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Default="00DF4BEE">
            <w:r>
              <w:t xml:space="preserve"> </w:t>
            </w:r>
          </w:p>
        </w:tc>
      </w:tr>
      <w:tr w:rsidR="00EC4ECA">
        <w:trPr>
          <w:cantSplit/>
          <w:jc w:val="center"/>
        </w:trPr>
        <w:tc>
          <w:tcPr>
            <w:tcW w:w="29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Default="00DF4BEE">
            <w:r>
              <w:rPr>
                <w:b/>
                <w:color w:val="1F4E79"/>
              </w:rPr>
              <w:t>Universidad y país</w:t>
            </w:r>
          </w:p>
        </w:tc>
        <w:tc>
          <w:tcPr>
            <w:tcW w:w="64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Default="00DF4BEE">
            <w:r>
              <w:t xml:space="preserve"> </w:t>
            </w:r>
          </w:p>
        </w:tc>
      </w:tr>
      <w:tr w:rsidR="00EC4ECA" w:rsidRPr="00A73535">
        <w:trPr>
          <w:cantSplit/>
          <w:jc w:val="center"/>
        </w:trPr>
        <w:tc>
          <w:tcPr>
            <w:tcW w:w="29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Pr="00094706" w:rsidRDefault="00DF4BEE">
            <w:pPr>
              <w:rPr>
                <w:lang w:val="es-ES"/>
              </w:rPr>
            </w:pPr>
            <w:r w:rsidRPr="00094706">
              <w:rPr>
                <w:b/>
                <w:color w:val="1F4E79"/>
                <w:lang w:val="es-ES"/>
              </w:rPr>
              <w:t xml:space="preserve">Título de la tesis doctoral </w:t>
            </w:r>
            <w:r w:rsidRPr="00A73535">
              <w:rPr>
                <w:b/>
                <w:color w:val="1F4E79"/>
                <w:sz w:val="18"/>
                <w:szCs w:val="18"/>
                <w:lang w:val="es-ES"/>
              </w:rPr>
              <w:t>(si procede)</w:t>
            </w:r>
          </w:p>
        </w:tc>
        <w:tc>
          <w:tcPr>
            <w:tcW w:w="64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Pr="00094706" w:rsidRDefault="00EC4ECA">
            <w:pPr>
              <w:rPr>
                <w:lang w:val="es-ES"/>
              </w:rPr>
            </w:pPr>
          </w:p>
        </w:tc>
      </w:tr>
      <w:tr w:rsidR="00EC4ECA" w:rsidRPr="00A73535">
        <w:trPr>
          <w:cantSplit/>
          <w:jc w:val="center"/>
        </w:trPr>
        <w:tc>
          <w:tcPr>
            <w:tcW w:w="29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Pr="00094706" w:rsidRDefault="00DF4BEE" w:rsidP="00094706">
            <w:pPr>
              <w:rPr>
                <w:lang w:val="es-ES"/>
              </w:rPr>
            </w:pPr>
            <w:r w:rsidRPr="00094706">
              <w:rPr>
                <w:b/>
                <w:color w:val="1F4E79"/>
                <w:lang w:val="es-ES"/>
              </w:rPr>
              <w:t xml:space="preserve">Director/a(es) de tesis </w:t>
            </w:r>
          </w:p>
        </w:tc>
        <w:tc>
          <w:tcPr>
            <w:tcW w:w="64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Pr="00094706" w:rsidRDefault="00DF4BEE">
            <w:pPr>
              <w:rPr>
                <w:lang w:val="es-ES"/>
              </w:rPr>
            </w:pPr>
            <w:r w:rsidRPr="00094706">
              <w:rPr>
                <w:lang w:val="es-ES"/>
              </w:rPr>
              <w:t xml:space="preserve"> </w:t>
            </w:r>
          </w:p>
        </w:tc>
      </w:tr>
      <w:tr w:rsidR="00EC4ECA">
        <w:trPr>
          <w:cantSplit/>
          <w:jc w:val="center"/>
        </w:trPr>
        <w:tc>
          <w:tcPr>
            <w:tcW w:w="29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Default="00DF4BEE">
            <w:proofErr w:type="spellStart"/>
            <w:r>
              <w:rPr>
                <w:b/>
                <w:color w:val="1F4E79"/>
              </w:rPr>
              <w:t>Máster</w:t>
            </w:r>
            <w:proofErr w:type="spellEnd"/>
            <w:r>
              <w:rPr>
                <w:b/>
                <w:color w:val="1F4E79"/>
              </w:rPr>
              <w:t>(</w:t>
            </w:r>
            <w:proofErr w:type="spellStart"/>
            <w:r>
              <w:rPr>
                <w:b/>
                <w:color w:val="1F4E79"/>
              </w:rPr>
              <w:t>es</w:t>
            </w:r>
            <w:proofErr w:type="spellEnd"/>
            <w:r>
              <w:rPr>
                <w:b/>
                <w:color w:val="1F4E79"/>
              </w:rPr>
              <w:t>)</w:t>
            </w:r>
          </w:p>
        </w:tc>
        <w:tc>
          <w:tcPr>
            <w:tcW w:w="64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Default="00A73535">
            <w:r>
              <w:t xml:space="preserve"> </w:t>
            </w:r>
          </w:p>
        </w:tc>
      </w:tr>
      <w:tr w:rsidR="00EC4ECA" w:rsidRPr="00A73535">
        <w:trPr>
          <w:cantSplit/>
          <w:jc w:val="center"/>
        </w:trPr>
        <w:tc>
          <w:tcPr>
            <w:tcW w:w="29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A859A9" w:rsidRPr="00A859A9" w:rsidRDefault="00DF4BEE">
            <w:pPr>
              <w:rPr>
                <w:b/>
                <w:color w:val="1F4E79"/>
                <w:lang w:val="es-ES"/>
              </w:rPr>
            </w:pPr>
            <w:r w:rsidRPr="00094706">
              <w:rPr>
                <w:b/>
                <w:color w:val="1F4E79"/>
                <w:lang w:val="es-ES"/>
              </w:rPr>
              <w:t>Otros estudios o formaciones relevantes</w:t>
            </w:r>
          </w:p>
        </w:tc>
        <w:tc>
          <w:tcPr>
            <w:tcW w:w="64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C4ECA" w:rsidRPr="00094706" w:rsidRDefault="00EC4ECA">
            <w:pPr>
              <w:rPr>
                <w:lang w:val="es-ES"/>
              </w:rPr>
            </w:pPr>
          </w:p>
        </w:tc>
      </w:tr>
    </w:tbl>
    <w:p w:rsidR="00EC4ECA" w:rsidRPr="00094706" w:rsidRDefault="00EC4ECA">
      <w:pPr>
        <w:spacing w:after="20"/>
        <w:rPr>
          <w:lang w:val="es-ES"/>
        </w:rPr>
      </w:pPr>
    </w:p>
    <w:p w:rsidR="00EC4ECA" w:rsidRPr="00094706" w:rsidRDefault="00DF4BEE">
      <w:pPr>
        <w:keepNext/>
        <w:spacing w:before="160" w:after="100"/>
        <w:rPr>
          <w:lang w:val="es-ES"/>
        </w:rPr>
      </w:pPr>
      <w:r w:rsidRPr="00094706">
        <w:rPr>
          <w:b/>
          <w:color w:val="1F4E79"/>
          <w:sz w:val="26"/>
          <w:lang w:val="es-ES"/>
        </w:rPr>
        <w:t>5. Publicaciones académicas</w:t>
      </w:r>
    </w:p>
    <w:p w:rsidR="00EC4ECA" w:rsidRPr="00094706" w:rsidRDefault="00DF4BEE">
      <w:pPr>
        <w:spacing w:after="100"/>
        <w:rPr>
          <w:lang w:val="es-ES"/>
        </w:rPr>
      </w:pPr>
      <w:r w:rsidRPr="00094706">
        <w:rPr>
          <w:i/>
          <w:color w:val="595959"/>
          <w:sz w:val="19"/>
          <w:lang w:val="es-ES"/>
        </w:rPr>
        <w:t>Incluya la referencia bibliográfica completa y, siempre que sea posible, DOI, URL u otro enlace de consulta.</w:t>
      </w:r>
    </w:p>
    <w:p w:rsidR="00EC4ECA" w:rsidRDefault="00DF4BEE">
      <w:pPr>
        <w:keepNext/>
        <w:spacing w:before="60"/>
      </w:pPr>
      <w:r>
        <w:rPr>
          <w:b/>
          <w:color w:val="373737"/>
        </w:rPr>
        <w:t>A. Artículos en revistas científicas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6552"/>
        <w:gridCol w:w="2160"/>
      </w:tblGrid>
      <w:tr w:rsidR="00EC4ECA">
        <w:trPr>
          <w:tblHeader/>
          <w:jc w:val="center"/>
        </w:trPr>
        <w:tc>
          <w:tcPr>
            <w:tcW w:w="648" w:type="dxa"/>
            <w:shd w:val="clear" w:color="auto" w:fill="D9E8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9"/>
              </w:rPr>
              <w:t>N.º</w:t>
            </w:r>
          </w:p>
        </w:tc>
        <w:tc>
          <w:tcPr>
            <w:tcW w:w="6552" w:type="dxa"/>
            <w:shd w:val="clear" w:color="auto" w:fill="D9E8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9"/>
              </w:rPr>
              <w:t>Referencia bibliográfica</w:t>
            </w:r>
          </w:p>
        </w:tc>
        <w:tc>
          <w:tcPr>
            <w:tcW w:w="2160" w:type="dxa"/>
            <w:shd w:val="clear" w:color="auto" w:fill="D9E8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9"/>
              </w:rPr>
              <w:t>DOI / URL</w:t>
            </w:r>
          </w:p>
        </w:tc>
      </w:tr>
      <w:tr w:rsidR="00EC4ECA">
        <w:trPr>
          <w:cantSplit/>
          <w:jc w:val="center"/>
        </w:trPr>
        <w:tc>
          <w:tcPr>
            <w:tcW w:w="648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552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  <w:tc>
          <w:tcPr>
            <w:tcW w:w="2160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</w:tr>
      <w:tr w:rsidR="00EC4ECA">
        <w:trPr>
          <w:cantSplit/>
          <w:jc w:val="center"/>
        </w:trPr>
        <w:tc>
          <w:tcPr>
            <w:tcW w:w="648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6552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  <w:tc>
          <w:tcPr>
            <w:tcW w:w="2160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</w:tr>
      <w:tr w:rsidR="00EC4ECA">
        <w:trPr>
          <w:cantSplit/>
          <w:jc w:val="center"/>
        </w:trPr>
        <w:tc>
          <w:tcPr>
            <w:tcW w:w="648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6552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  <w:tc>
          <w:tcPr>
            <w:tcW w:w="2160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</w:tr>
    </w:tbl>
    <w:p w:rsidR="00EC4ECA" w:rsidRDefault="00EC4ECA">
      <w:pPr>
        <w:spacing w:after="20"/>
      </w:pPr>
    </w:p>
    <w:p w:rsidR="00EC4ECA" w:rsidRDefault="00DF4BEE">
      <w:pPr>
        <w:keepNext/>
        <w:spacing w:before="60"/>
      </w:pPr>
      <w:r>
        <w:rPr>
          <w:b/>
          <w:color w:val="373737"/>
        </w:rPr>
        <w:lastRenderedPageBreak/>
        <w:t>B. Capítulos de libros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6552"/>
        <w:gridCol w:w="2160"/>
      </w:tblGrid>
      <w:tr w:rsidR="00EC4ECA">
        <w:trPr>
          <w:tblHeader/>
          <w:jc w:val="center"/>
        </w:trPr>
        <w:tc>
          <w:tcPr>
            <w:tcW w:w="648" w:type="dxa"/>
            <w:shd w:val="clear" w:color="auto" w:fill="D9E8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9"/>
              </w:rPr>
              <w:t>N.º</w:t>
            </w:r>
          </w:p>
        </w:tc>
        <w:tc>
          <w:tcPr>
            <w:tcW w:w="6552" w:type="dxa"/>
            <w:shd w:val="clear" w:color="auto" w:fill="D9E8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9"/>
              </w:rPr>
              <w:t>Referencia bibliográfica</w:t>
            </w:r>
          </w:p>
        </w:tc>
        <w:tc>
          <w:tcPr>
            <w:tcW w:w="2160" w:type="dxa"/>
            <w:shd w:val="clear" w:color="auto" w:fill="D9E8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9"/>
              </w:rPr>
              <w:t>DOI / URL</w:t>
            </w:r>
          </w:p>
        </w:tc>
      </w:tr>
      <w:tr w:rsidR="00EC4ECA">
        <w:trPr>
          <w:cantSplit/>
          <w:jc w:val="center"/>
        </w:trPr>
        <w:tc>
          <w:tcPr>
            <w:tcW w:w="648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552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  <w:tc>
          <w:tcPr>
            <w:tcW w:w="2160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</w:tr>
      <w:tr w:rsidR="00EC4ECA">
        <w:trPr>
          <w:cantSplit/>
          <w:jc w:val="center"/>
        </w:trPr>
        <w:tc>
          <w:tcPr>
            <w:tcW w:w="648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6552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  <w:tc>
          <w:tcPr>
            <w:tcW w:w="2160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</w:tr>
      <w:tr w:rsidR="00EC4ECA">
        <w:trPr>
          <w:cantSplit/>
          <w:jc w:val="center"/>
        </w:trPr>
        <w:tc>
          <w:tcPr>
            <w:tcW w:w="648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6552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  <w:tc>
          <w:tcPr>
            <w:tcW w:w="2160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</w:tr>
    </w:tbl>
    <w:p w:rsidR="00EC4ECA" w:rsidRDefault="00EC4ECA">
      <w:pPr>
        <w:spacing w:after="20"/>
      </w:pPr>
    </w:p>
    <w:p w:rsidR="00EC4ECA" w:rsidRDefault="00DF4BEE">
      <w:pPr>
        <w:keepNext/>
        <w:spacing w:before="60"/>
      </w:pPr>
      <w:r>
        <w:rPr>
          <w:b/>
          <w:color w:val="373737"/>
        </w:rPr>
        <w:t>C. Libros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6552"/>
        <w:gridCol w:w="2160"/>
      </w:tblGrid>
      <w:tr w:rsidR="00EC4ECA">
        <w:trPr>
          <w:tblHeader/>
          <w:jc w:val="center"/>
        </w:trPr>
        <w:tc>
          <w:tcPr>
            <w:tcW w:w="648" w:type="dxa"/>
            <w:shd w:val="clear" w:color="auto" w:fill="D9E8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9"/>
              </w:rPr>
              <w:t>N.º</w:t>
            </w:r>
          </w:p>
        </w:tc>
        <w:tc>
          <w:tcPr>
            <w:tcW w:w="6552" w:type="dxa"/>
            <w:shd w:val="clear" w:color="auto" w:fill="D9E8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9"/>
              </w:rPr>
              <w:t>Referencia bibliográfica</w:t>
            </w:r>
          </w:p>
        </w:tc>
        <w:tc>
          <w:tcPr>
            <w:tcW w:w="2160" w:type="dxa"/>
            <w:shd w:val="clear" w:color="auto" w:fill="D9E8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9"/>
              </w:rPr>
              <w:t>DOI / URL</w:t>
            </w:r>
          </w:p>
        </w:tc>
      </w:tr>
      <w:tr w:rsidR="00EC4ECA">
        <w:trPr>
          <w:cantSplit/>
          <w:jc w:val="center"/>
        </w:trPr>
        <w:tc>
          <w:tcPr>
            <w:tcW w:w="648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552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  <w:tc>
          <w:tcPr>
            <w:tcW w:w="2160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</w:tr>
      <w:tr w:rsidR="00EC4ECA">
        <w:trPr>
          <w:cantSplit/>
          <w:jc w:val="center"/>
        </w:trPr>
        <w:tc>
          <w:tcPr>
            <w:tcW w:w="648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6552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  <w:tc>
          <w:tcPr>
            <w:tcW w:w="2160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</w:tr>
      <w:tr w:rsidR="00EC4ECA">
        <w:trPr>
          <w:cantSplit/>
          <w:jc w:val="center"/>
        </w:trPr>
        <w:tc>
          <w:tcPr>
            <w:tcW w:w="648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6552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  <w:tc>
          <w:tcPr>
            <w:tcW w:w="2160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</w:tr>
    </w:tbl>
    <w:p w:rsidR="00EC4ECA" w:rsidRDefault="00EC4ECA">
      <w:pPr>
        <w:spacing w:after="20"/>
      </w:pPr>
    </w:p>
    <w:p w:rsidR="00EC4ECA" w:rsidRPr="00094706" w:rsidRDefault="00DF4BEE">
      <w:pPr>
        <w:keepNext/>
        <w:spacing w:before="160" w:after="100"/>
        <w:rPr>
          <w:lang w:val="es-ES"/>
        </w:rPr>
      </w:pPr>
      <w:r w:rsidRPr="00094706">
        <w:rPr>
          <w:b/>
          <w:color w:val="1F4E79"/>
          <w:sz w:val="26"/>
          <w:lang w:val="es-ES"/>
        </w:rPr>
        <w:t>6. Participación en congresos y encuentros científicos</w:t>
      </w:r>
    </w:p>
    <w:p w:rsidR="00EC4ECA" w:rsidRPr="00094706" w:rsidRDefault="00DF4BEE">
      <w:pPr>
        <w:keepNext/>
        <w:spacing w:before="60"/>
        <w:rPr>
          <w:lang w:val="es-ES"/>
        </w:rPr>
      </w:pPr>
      <w:r w:rsidRPr="00094706">
        <w:rPr>
          <w:b/>
          <w:color w:val="373737"/>
          <w:lang w:val="es-ES"/>
        </w:rPr>
        <w:t>A. Comunicaciones en congresos, jornadas o encuentros científicos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6552"/>
        <w:gridCol w:w="2160"/>
      </w:tblGrid>
      <w:tr w:rsidR="00EC4ECA">
        <w:trPr>
          <w:tblHeader/>
          <w:jc w:val="center"/>
        </w:trPr>
        <w:tc>
          <w:tcPr>
            <w:tcW w:w="648" w:type="dxa"/>
            <w:shd w:val="clear" w:color="auto" w:fill="D9E8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9"/>
              </w:rPr>
              <w:t>N.º</w:t>
            </w:r>
          </w:p>
        </w:tc>
        <w:tc>
          <w:tcPr>
            <w:tcW w:w="6552" w:type="dxa"/>
            <w:shd w:val="clear" w:color="auto" w:fill="D9E8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9"/>
              </w:rPr>
              <w:t>Referencia bibliográfica</w:t>
            </w:r>
          </w:p>
        </w:tc>
        <w:tc>
          <w:tcPr>
            <w:tcW w:w="2160" w:type="dxa"/>
            <w:shd w:val="clear" w:color="auto" w:fill="D9E8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9"/>
              </w:rPr>
              <w:t>DOI / URL</w:t>
            </w:r>
          </w:p>
        </w:tc>
      </w:tr>
      <w:tr w:rsidR="00EC4ECA">
        <w:trPr>
          <w:cantSplit/>
          <w:jc w:val="center"/>
        </w:trPr>
        <w:tc>
          <w:tcPr>
            <w:tcW w:w="648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552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  <w:tc>
          <w:tcPr>
            <w:tcW w:w="2160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</w:tr>
      <w:tr w:rsidR="00EC4ECA">
        <w:trPr>
          <w:cantSplit/>
          <w:jc w:val="center"/>
        </w:trPr>
        <w:tc>
          <w:tcPr>
            <w:tcW w:w="648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6552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  <w:tc>
          <w:tcPr>
            <w:tcW w:w="2160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</w:tr>
      <w:tr w:rsidR="00EC4ECA">
        <w:trPr>
          <w:cantSplit/>
          <w:jc w:val="center"/>
        </w:trPr>
        <w:tc>
          <w:tcPr>
            <w:tcW w:w="648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6552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  <w:tc>
          <w:tcPr>
            <w:tcW w:w="2160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</w:tr>
    </w:tbl>
    <w:p w:rsidR="00EC4ECA" w:rsidRDefault="00EC4ECA">
      <w:pPr>
        <w:spacing w:after="20"/>
      </w:pPr>
    </w:p>
    <w:p w:rsidR="00EC4ECA" w:rsidRPr="00094706" w:rsidRDefault="00DF4BEE">
      <w:pPr>
        <w:keepNext/>
        <w:spacing w:before="60"/>
        <w:rPr>
          <w:lang w:val="es-ES"/>
        </w:rPr>
      </w:pPr>
      <w:r w:rsidRPr="00094706">
        <w:rPr>
          <w:b/>
          <w:color w:val="373737"/>
          <w:lang w:val="es-ES"/>
        </w:rPr>
        <w:t>B. Simposios, mesas redondas o paneles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6552"/>
        <w:gridCol w:w="2160"/>
      </w:tblGrid>
      <w:tr w:rsidR="00EC4ECA">
        <w:trPr>
          <w:tblHeader/>
          <w:jc w:val="center"/>
        </w:trPr>
        <w:tc>
          <w:tcPr>
            <w:tcW w:w="648" w:type="dxa"/>
            <w:shd w:val="clear" w:color="auto" w:fill="D9E8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9"/>
              </w:rPr>
              <w:t>N.º</w:t>
            </w:r>
          </w:p>
        </w:tc>
        <w:tc>
          <w:tcPr>
            <w:tcW w:w="6552" w:type="dxa"/>
            <w:shd w:val="clear" w:color="auto" w:fill="D9E8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9"/>
              </w:rPr>
              <w:t>Referencia bibliográfica</w:t>
            </w:r>
          </w:p>
        </w:tc>
        <w:tc>
          <w:tcPr>
            <w:tcW w:w="2160" w:type="dxa"/>
            <w:shd w:val="clear" w:color="auto" w:fill="D9E8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9"/>
              </w:rPr>
              <w:t>DOI / URL</w:t>
            </w:r>
          </w:p>
        </w:tc>
      </w:tr>
      <w:tr w:rsidR="00EC4ECA">
        <w:trPr>
          <w:cantSplit/>
          <w:jc w:val="center"/>
        </w:trPr>
        <w:tc>
          <w:tcPr>
            <w:tcW w:w="648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552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  <w:tc>
          <w:tcPr>
            <w:tcW w:w="2160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</w:tr>
      <w:tr w:rsidR="00EC4ECA">
        <w:trPr>
          <w:cantSplit/>
          <w:jc w:val="center"/>
        </w:trPr>
        <w:tc>
          <w:tcPr>
            <w:tcW w:w="648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6552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  <w:tc>
          <w:tcPr>
            <w:tcW w:w="2160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</w:tr>
      <w:tr w:rsidR="00EC4ECA">
        <w:trPr>
          <w:cantSplit/>
          <w:jc w:val="center"/>
        </w:trPr>
        <w:tc>
          <w:tcPr>
            <w:tcW w:w="648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sz w:val="19"/>
              </w:rPr>
              <w:lastRenderedPageBreak/>
              <w:t>3</w:t>
            </w:r>
          </w:p>
        </w:tc>
        <w:tc>
          <w:tcPr>
            <w:tcW w:w="6552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  <w:tc>
          <w:tcPr>
            <w:tcW w:w="2160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</w:tr>
    </w:tbl>
    <w:p w:rsidR="00EC4ECA" w:rsidRDefault="00EC4ECA">
      <w:pPr>
        <w:spacing w:after="20"/>
      </w:pPr>
    </w:p>
    <w:p w:rsidR="00EC4ECA" w:rsidRDefault="00DF4BEE">
      <w:pPr>
        <w:keepNext/>
        <w:spacing w:before="60"/>
      </w:pPr>
      <w:r>
        <w:rPr>
          <w:b/>
          <w:color w:val="373737"/>
        </w:rPr>
        <w:t>C. Pósteres científicos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6552"/>
        <w:gridCol w:w="2160"/>
      </w:tblGrid>
      <w:tr w:rsidR="00EC4ECA">
        <w:trPr>
          <w:tblHeader/>
          <w:jc w:val="center"/>
        </w:trPr>
        <w:tc>
          <w:tcPr>
            <w:tcW w:w="648" w:type="dxa"/>
            <w:shd w:val="clear" w:color="auto" w:fill="D9E8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9"/>
              </w:rPr>
              <w:t>N.º</w:t>
            </w:r>
          </w:p>
        </w:tc>
        <w:tc>
          <w:tcPr>
            <w:tcW w:w="6552" w:type="dxa"/>
            <w:shd w:val="clear" w:color="auto" w:fill="D9E8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9"/>
              </w:rPr>
              <w:t>Referencia bibliográfica</w:t>
            </w:r>
          </w:p>
        </w:tc>
        <w:tc>
          <w:tcPr>
            <w:tcW w:w="2160" w:type="dxa"/>
            <w:shd w:val="clear" w:color="auto" w:fill="D9E8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b/>
                <w:color w:val="1F4E79"/>
                <w:sz w:val="19"/>
              </w:rPr>
              <w:t>DOI / URL</w:t>
            </w:r>
          </w:p>
        </w:tc>
      </w:tr>
      <w:tr w:rsidR="00EC4ECA">
        <w:trPr>
          <w:cantSplit/>
          <w:jc w:val="center"/>
        </w:trPr>
        <w:tc>
          <w:tcPr>
            <w:tcW w:w="648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552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  <w:tc>
          <w:tcPr>
            <w:tcW w:w="2160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</w:tr>
      <w:tr w:rsidR="00EC4ECA">
        <w:trPr>
          <w:cantSplit/>
          <w:jc w:val="center"/>
        </w:trPr>
        <w:tc>
          <w:tcPr>
            <w:tcW w:w="648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6552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  <w:tc>
          <w:tcPr>
            <w:tcW w:w="2160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</w:tr>
      <w:tr w:rsidR="00EC4ECA">
        <w:trPr>
          <w:cantSplit/>
          <w:jc w:val="center"/>
        </w:trPr>
        <w:tc>
          <w:tcPr>
            <w:tcW w:w="648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pPr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6552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  <w:tc>
          <w:tcPr>
            <w:tcW w:w="2160" w:type="dxa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:rsidR="00EC4ECA" w:rsidRDefault="00DF4BEE">
            <w:r>
              <w:rPr>
                <w:sz w:val="19"/>
              </w:rPr>
              <w:br/>
            </w:r>
          </w:p>
        </w:tc>
      </w:tr>
    </w:tbl>
    <w:p w:rsidR="00EC4ECA" w:rsidRDefault="00EC4ECA">
      <w:pPr>
        <w:spacing w:after="20"/>
      </w:pPr>
    </w:p>
    <w:p w:rsidR="00EC4ECA" w:rsidRPr="00094706" w:rsidRDefault="00DF4BEE">
      <w:pPr>
        <w:keepNext/>
        <w:spacing w:before="160" w:after="100"/>
        <w:rPr>
          <w:lang w:val="es-ES"/>
        </w:rPr>
      </w:pPr>
      <w:r w:rsidRPr="00094706">
        <w:rPr>
          <w:b/>
          <w:color w:val="1F4E79"/>
          <w:sz w:val="26"/>
          <w:lang w:val="es-ES"/>
        </w:rPr>
        <w:t xml:space="preserve">7. Proyectos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EC4ECA" w:rsidRPr="00A73535">
        <w:trPr>
          <w:jc w:val="center"/>
        </w:trPr>
        <w:tc>
          <w:tcPr>
            <w:tcW w:w="9360" w:type="dxa"/>
            <w:tcBorders>
              <w:top w:val="single" w:sz="4" w:space="0" w:color="B4C7E7"/>
              <w:left w:val="single" w:sz="4" w:space="0" w:color="B4C7E7"/>
              <w:bottom w:val="single" w:sz="4" w:space="0" w:color="B4C7E7"/>
              <w:right w:val="single" w:sz="4" w:space="0" w:color="B4C7E7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:rsidR="00EC4ECA" w:rsidRPr="00094706" w:rsidRDefault="00DF4BEE">
            <w:pPr>
              <w:rPr>
                <w:lang w:val="es-ES"/>
              </w:rPr>
            </w:pPr>
            <w:r w:rsidRPr="00094706">
              <w:rPr>
                <w:b/>
                <w:color w:val="444444"/>
                <w:sz w:val="20"/>
                <w:lang w:val="es-ES"/>
              </w:rPr>
              <w:t>Proyectos realizados: título, institución/es, fechas, función desempeñada y breve descripción.</w:t>
            </w:r>
            <w:r w:rsidRPr="00094706">
              <w:rPr>
                <w:b/>
                <w:color w:val="444444"/>
                <w:sz w:val="20"/>
                <w:lang w:val="es-ES"/>
              </w:rPr>
              <w:br/>
            </w:r>
            <w:r w:rsidR="00A859A9">
              <w:rPr>
                <w:sz w:val="20"/>
                <w:lang w:val="es-ES"/>
              </w:rPr>
              <w:br/>
            </w:r>
            <w:r w:rsidR="00A859A9">
              <w:rPr>
                <w:sz w:val="20"/>
                <w:lang w:val="es-ES"/>
              </w:rPr>
              <w:br/>
            </w:r>
            <w:r w:rsidRPr="00094706">
              <w:rPr>
                <w:sz w:val="20"/>
                <w:lang w:val="es-ES"/>
              </w:rPr>
              <w:br/>
            </w:r>
          </w:p>
        </w:tc>
      </w:tr>
    </w:tbl>
    <w:p w:rsidR="00EC4ECA" w:rsidRPr="00094706" w:rsidRDefault="00EC4ECA">
      <w:pPr>
        <w:spacing w:after="20"/>
        <w:rPr>
          <w:lang w:val="es-E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EC4ECA" w:rsidRPr="00A73535">
        <w:trPr>
          <w:jc w:val="center"/>
        </w:trPr>
        <w:tc>
          <w:tcPr>
            <w:tcW w:w="9360" w:type="dxa"/>
            <w:tcBorders>
              <w:top w:val="single" w:sz="4" w:space="0" w:color="B4C7E7"/>
              <w:left w:val="single" w:sz="4" w:space="0" w:color="B4C7E7"/>
              <w:bottom w:val="single" w:sz="4" w:space="0" w:color="B4C7E7"/>
              <w:right w:val="single" w:sz="4" w:space="0" w:color="B4C7E7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:rsidR="00EC4ECA" w:rsidRPr="00094706" w:rsidRDefault="00DF4BEE">
            <w:pPr>
              <w:rPr>
                <w:lang w:val="es-ES"/>
              </w:rPr>
            </w:pPr>
            <w:r w:rsidRPr="00094706">
              <w:rPr>
                <w:b/>
                <w:color w:val="444444"/>
                <w:sz w:val="20"/>
                <w:lang w:val="es-ES"/>
              </w:rPr>
              <w:t>Proyectos actualmente en curso: título, institución/es, fechas, función desempeñada y breve descripción.</w:t>
            </w:r>
            <w:r w:rsidRPr="00094706">
              <w:rPr>
                <w:b/>
                <w:color w:val="444444"/>
                <w:sz w:val="20"/>
                <w:lang w:val="es-ES"/>
              </w:rPr>
              <w:br/>
            </w:r>
            <w:r w:rsidRPr="00094706">
              <w:rPr>
                <w:sz w:val="20"/>
                <w:lang w:val="es-ES"/>
              </w:rPr>
              <w:br/>
            </w:r>
            <w:r w:rsidRPr="00094706">
              <w:rPr>
                <w:sz w:val="20"/>
                <w:lang w:val="es-ES"/>
              </w:rPr>
              <w:br/>
            </w:r>
            <w:r w:rsidRPr="00094706">
              <w:rPr>
                <w:sz w:val="20"/>
                <w:lang w:val="es-ES"/>
              </w:rPr>
              <w:br/>
            </w:r>
            <w:r w:rsidRPr="00094706">
              <w:rPr>
                <w:sz w:val="20"/>
                <w:lang w:val="es-ES"/>
              </w:rPr>
              <w:br/>
            </w:r>
          </w:p>
        </w:tc>
      </w:tr>
    </w:tbl>
    <w:p w:rsidR="00EC4ECA" w:rsidRPr="00094706" w:rsidRDefault="00EC4ECA">
      <w:pPr>
        <w:spacing w:after="20"/>
        <w:rPr>
          <w:lang w:val="es-ES"/>
        </w:rPr>
      </w:pPr>
    </w:p>
    <w:p w:rsidR="00EC4ECA" w:rsidRDefault="00DF4BEE">
      <w:pPr>
        <w:keepNext/>
        <w:spacing w:before="160" w:after="100"/>
      </w:pPr>
      <w:r>
        <w:rPr>
          <w:b/>
          <w:color w:val="1F4E79"/>
          <w:sz w:val="26"/>
        </w:rPr>
        <w:t>8. Principales líneas de investigación actuales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EC4ECA" w:rsidRPr="00A73535">
        <w:trPr>
          <w:jc w:val="center"/>
        </w:trPr>
        <w:tc>
          <w:tcPr>
            <w:tcW w:w="9360" w:type="dxa"/>
            <w:tcBorders>
              <w:top w:val="single" w:sz="4" w:space="0" w:color="B4C7E7"/>
              <w:left w:val="single" w:sz="4" w:space="0" w:color="B4C7E7"/>
              <w:bottom w:val="single" w:sz="4" w:space="0" w:color="B4C7E7"/>
              <w:right w:val="single" w:sz="4" w:space="0" w:color="B4C7E7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:rsidR="00EC4ECA" w:rsidRPr="00094706" w:rsidRDefault="00DF4BEE">
            <w:pPr>
              <w:rPr>
                <w:lang w:val="es-ES"/>
              </w:rPr>
            </w:pPr>
            <w:r w:rsidRPr="00094706">
              <w:rPr>
                <w:b/>
                <w:color w:val="444444"/>
                <w:sz w:val="20"/>
                <w:lang w:val="es-ES"/>
              </w:rPr>
              <w:t>Indique brevemente sus principales líneas de investigación actuales.</w:t>
            </w:r>
            <w:r w:rsidRPr="00094706">
              <w:rPr>
                <w:b/>
                <w:color w:val="444444"/>
                <w:sz w:val="20"/>
                <w:lang w:val="es-ES"/>
              </w:rPr>
              <w:br/>
            </w:r>
            <w:r w:rsidRPr="00094706">
              <w:rPr>
                <w:sz w:val="20"/>
                <w:lang w:val="es-ES"/>
              </w:rPr>
              <w:br/>
            </w:r>
            <w:r w:rsidRPr="00094706">
              <w:rPr>
                <w:sz w:val="20"/>
                <w:lang w:val="es-ES"/>
              </w:rPr>
              <w:br/>
            </w:r>
            <w:r w:rsidRPr="00094706">
              <w:rPr>
                <w:sz w:val="20"/>
                <w:lang w:val="es-ES"/>
              </w:rPr>
              <w:br/>
            </w:r>
            <w:r w:rsidRPr="00094706">
              <w:rPr>
                <w:sz w:val="20"/>
                <w:lang w:val="es-ES"/>
              </w:rPr>
              <w:br/>
            </w:r>
          </w:p>
        </w:tc>
      </w:tr>
    </w:tbl>
    <w:p w:rsidR="00EC4ECA" w:rsidRPr="00094706" w:rsidRDefault="00EC4ECA">
      <w:pPr>
        <w:spacing w:after="20"/>
        <w:rPr>
          <w:lang w:val="es-ES"/>
        </w:rPr>
      </w:pPr>
    </w:p>
    <w:p w:rsidR="00133E59" w:rsidRDefault="00133E59">
      <w:pPr>
        <w:keepNext/>
        <w:spacing w:before="160" w:after="100"/>
        <w:rPr>
          <w:b/>
          <w:color w:val="1F4E79"/>
          <w:sz w:val="26"/>
          <w:lang w:val="es-ES"/>
        </w:rPr>
      </w:pPr>
    </w:p>
    <w:p w:rsidR="00EC4ECA" w:rsidRPr="00094706" w:rsidRDefault="00DF4BEE">
      <w:pPr>
        <w:keepNext/>
        <w:spacing w:before="160" w:after="100"/>
        <w:rPr>
          <w:lang w:val="es-ES"/>
        </w:rPr>
      </w:pPr>
      <w:r w:rsidRPr="00094706">
        <w:rPr>
          <w:b/>
          <w:color w:val="1F4E79"/>
          <w:sz w:val="26"/>
          <w:lang w:val="es-ES"/>
        </w:rPr>
        <w:t>9. Aporte de su contexto a la reflexión colectiva</w:t>
      </w:r>
    </w:p>
    <w:p w:rsidR="00EC4ECA" w:rsidRDefault="00DF4BEE">
      <w:pPr>
        <w:spacing w:after="100"/>
      </w:pPr>
      <w:r w:rsidRPr="00094706">
        <w:rPr>
          <w:i/>
          <w:color w:val="595959"/>
          <w:sz w:val="19"/>
          <w:lang w:val="es-ES"/>
        </w:rPr>
        <w:t xml:space="preserve">Explique qué puede aportar su contexto educativo, cultural o geográfico al trabajo del Instituto. </w:t>
      </w:r>
      <w:proofErr w:type="spellStart"/>
      <w:r>
        <w:rPr>
          <w:i/>
          <w:color w:val="595959"/>
          <w:sz w:val="19"/>
        </w:rPr>
        <w:t>Extensión</w:t>
      </w:r>
      <w:proofErr w:type="spellEnd"/>
      <w:r>
        <w:rPr>
          <w:i/>
          <w:color w:val="595959"/>
          <w:sz w:val="19"/>
        </w:rPr>
        <w:t xml:space="preserve"> </w:t>
      </w:r>
      <w:proofErr w:type="spellStart"/>
      <w:r>
        <w:rPr>
          <w:i/>
          <w:color w:val="595959"/>
          <w:sz w:val="19"/>
        </w:rPr>
        <w:t>orientativa</w:t>
      </w:r>
      <w:proofErr w:type="spellEnd"/>
      <w:r>
        <w:rPr>
          <w:i/>
          <w:color w:val="595959"/>
          <w:sz w:val="19"/>
        </w:rPr>
        <w:t>: 150-200 palabras.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EC4ECA">
        <w:trPr>
          <w:jc w:val="center"/>
        </w:trPr>
        <w:tc>
          <w:tcPr>
            <w:tcW w:w="9360" w:type="dxa"/>
            <w:tcBorders>
              <w:top w:val="single" w:sz="4" w:space="0" w:color="B4C7E7"/>
              <w:left w:val="single" w:sz="4" w:space="0" w:color="B4C7E7"/>
              <w:bottom w:val="single" w:sz="4" w:space="0" w:color="B4C7E7"/>
              <w:right w:val="single" w:sz="4" w:space="0" w:color="B4C7E7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:rsidR="00EC4ECA" w:rsidRDefault="00DF4BEE"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</w:tr>
    </w:tbl>
    <w:p w:rsidR="00EC4ECA" w:rsidRDefault="00EC4ECA">
      <w:pPr>
        <w:spacing w:after="20"/>
      </w:pPr>
    </w:p>
    <w:p w:rsidR="00EC4ECA" w:rsidRPr="00094706" w:rsidRDefault="00DF4BEE">
      <w:pPr>
        <w:keepNext/>
        <w:spacing w:before="160" w:after="100"/>
        <w:rPr>
          <w:lang w:val="es-ES"/>
        </w:rPr>
      </w:pPr>
      <w:r w:rsidRPr="00094706">
        <w:rPr>
          <w:b/>
          <w:color w:val="1F4E79"/>
          <w:sz w:val="26"/>
          <w:lang w:val="es-ES"/>
        </w:rPr>
        <w:t>10. Motivación para formar parte del Instituto ELEPAZ</w:t>
      </w:r>
    </w:p>
    <w:p w:rsidR="00EC4ECA" w:rsidRDefault="00DF4BEE">
      <w:pPr>
        <w:spacing w:after="100"/>
      </w:pPr>
      <w:r w:rsidRPr="00094706">
        <w:rPr>
          <w:i/>
          <w:color w:val="595959"/>
          <w:sz w:val="19"/>
          <w:lang w:val="es-ES"/>
        </w:rPr>
        <w:t xml:space="preserve">Explique por qué desea formar parte del Instituto, qué espera aportar al trabajo colectivo y qué espera encontrar en esta experiencia internacional de investigación. </w:t>
      </w:r>
      <w:proofErr w:type="spellStart"/>
      <w:r>
        <w:rPr>
          <w:i/>
          <w:color w:val="595959"/>
          <w:sz w:val="19"/>
        </w:rPr>
        <w:t>Extensión</w:t>
      </w:r>
      <w:proofErr w:type="spellEnd"/>
      <w:r>
        <w:rPr>
          <w:i/>
          <w:color w:val="595959"/>
          <w:sz w:val="19"/>
        </w:rPr>
        <w:t xml:space="preserve"> </w:t>
      </w:r>
      <w:proofErr w:type="spellStart"/>
      <w:r>
        <w:rPr>
          <w:i/>
          <w:color w:val="595959"/>
          <w:sz w:val="19"/>
        </w:rPr>
        <w:t>mínima</w:t>
      </w:r>
      <w:proofErr w:type="spellEnd"/>
      <w:r>
        <w:rPr>
          <w:i/>
          <w:color w:val="595959"/>
          <w:sz w:val="19"/>
        </w:rPr>
        <w:t>: 300 palabras.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EC4ECA">
        <w:trPr>
          <w:jc w:val="center"/>
        </w:trPr>
        <w:tc>
          <w:tcPr>
            <w:tcW w:w="9360" w:type="dxa"/>
            <w:tcBorders>
              <w:top w:val="single" w:sz="4" w:space="0" w:color="B4C7E7"/>
              <w:left w:val="single" w:sz="4" w:space="0" w:color="B4C7E7"/>
              <w:bottom w:val="single" w:sz="4" w:space="0" w:color="B4C7E7"/>
              <w:right w:val="single" w:sz="4" w:space="0" w:color="B4C7E7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:rsidR="00EC4ECA" w:rsidRDefault="00DF4BEE"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</w:tr>
    </w:tbl>
    <w:p w:rsidR="00EC4ECA" w:rsidRDefault="00EC4ECA">
      <w:pPr>
        <w:spacing w:after="20"/>
      </w:pPr>
    </w:p>
    <w:p w:rsidR="00EC4ECA" w:rsidRPr="00094706" w:rsidRDefault="00DF4BEE">
      <w:pPr>
        <w:keepNext/>
        <w:spacing w:before="160" w:after="100"/>
        <w:rPr>
          <w:lang w:val="es-ES"/>
        </w:rPr>
      </w:pPr>
      <w:r w:rsidRPr="00094706">
        <w:rPr>
          <w:b/>
          <w:color w:val="1F4E79"/>
          <w:sz w:val="26"/>
          <w:lang w:val="es-ES"/>
        </w:rPr>
        <w:t>11. Líneas de investigación que le gustaría desarrollar en el Instituto</w:t>
      </w:r>
    </w:p>
    <w:p w:rsidR="00EC4ECA" w:rsidRPr="00094706" w:rsidRDefault="00DF4BEE">
      <w:pPr>
        <w:spacing w:after="100"/>
        <w:rPr>
          <w:lang w:val="es-ES"/>
        </w:rPr>
      </w:pPr>
      <w:r w:rsidRPr="00094706">
        <w:rPr>
          <w:i/>
          <w:color w:val="595959"/>
          <w:sz w:val="19"/>
          <w:lang w:val="es-ES"/>
        </w:rPr>
        <w:t>Proponga una o varias líneas, temas o preguntas de investigación e indique brevemente su pertinencia y, si lo desea, desde qué perspectiva o contexto podrían abordarse.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EC4ECA" w:rsidRPr="00A73535">
        <w:trPr>
          <w:jc w:val="center"/>
        </w:trPr>
        <w:tc>
          <w:tcPr>
            <w:tcW w:w="9360" w:type="dxa"/>
            <w:tcBorders>
              <w:top w:val="single" w:sz="4" w:space="0" w:color="B4C7E7"/>
              <w:left w:val="single" w:sz="4" w:space="0" w:color="B4C7E7"/>
              <w:bottom w:val="single" w:sz="4" w:space="0" w:color="B4C7E7"/>
              <w:right w:val="single" w:sz="4" w:space="0" w:color="B4C7E7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:rsidR="00EC4ECA" w:rsidRPr="00094706" w:rsidRDefault="00DF4BEE">
            <w:pPr>
              <w:rPr>
                <w:lang w:val="es-ES"/>
              </w:rPr>
            </w:pPr>
            <w:r w:rsidRPr="00094706">
              <w:rPr>
                <w:sz w:val="20"/>
                <w:lang w:val="es-ES"/>
              </w:rPr>
              <w:br/>
            </w:r>
            <w:r w:rsidRPr="00094706">
              <w:rPr>
                <w:sz w:val="20"/>
                <w:lang w:val="es-ES"/>
              </w:rPr>
              <w:br/>
            </w:r>
            <w:r w:rsidRPr="00094706">
              <w:rPr>
                <w:sz w:val="20"/>
                <w:lang w:val="es-ES"/>
              </w:rPr>
              <w:br/>
            </w:r>
            <w:r w:rsidRPr="00094706">
              <w:rPr>
                <w:sz w:val="20"/>
                <w:lang w:val="es-ES"/>
              </w:rPr>
              <w:br/>
            </w:r>
            <w:r w:rsidRPr="00094706">
              <w:rPr>
                <w:sz w:val="20"/>
                <w:lang w:val="es-ES"/>
              </w:rPr>
              <w:br/>
            </w:r>
            <w:r w:rsidRPr="00094706">
              <w:rPr>
                <w:sz w:val="20"/>
                <w:lang w:val="es-ES"/>
              </w:rPr>
              <w:br/>
            </w:r>
          </w:p>
        </w:tc>
      </w:tr>
    </w:tbl>
    <w:p w:rsidR="00EC4ECA" w:rsidRPr="00094706" w:rsidRDefault="00EC4ECA">
      <w:pPr>
        <w:spacing w:after="20"/>
        <w:rPr>
          <w:lang w:val="es-ES"/>
        </w:rPr>
      </w:pPr>
    </w:p>
    <w:p w:rsidR="00EC4ECA" w:rsidRDefault="00DF4BEE">
      <w:pPr>
        <w:keepNext/>
        <w:spacing w:before="160" w:after="100"/>
      </w:pPr>
      <w:r>
        <w:rPr>
          <w:b/>
          <w:color w:val="1F4E79"/>
          <w:sz w:val="26"/>
        </w:rPr>
        <w:t>12. Información complementaria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EC4ECA" w:rsidRPr="00A73535">
        <w:trPr>
          <w:jc w:val="center"/>
        </w:trPr>
        <w:tc>
          <w:tcPr>
            <w:tcW w:w="9360" w:type="dxa"/>
            <w:tcBorders>
              <w:top w:val="single" w:sz="4" w:space="0" w:color="B4C7E7"/>
              <w:left w:val="single" w:sz="4" w:space="0" w:color="B4C7E7"/>
              <w:bottom w:val="single" w:sz="4" w:space="0" w:color="B4C7E7"/>
              <w:right w:val="single" w:sz="4" w:space="0" w:color="B4C7E7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:rsidR="00AA4D3F" w:rsidRPr="00AA4D3F" w:rsidRDefault="00DF4BEE">
            <w:pPr>
              <w:rPr>
                <w:sz w:val="20"/>
                <w:lang w:val="es-ES"/>
              </w:rPr>
            </w:pPr>
            <w:r w:rsidRPr="00094706">
              <w:rPr>
                <w:b/>
                <w:color w:val="444444"/>
                <w:sz w:val="20"/>
                <w:lang w:val="es-ES"/>
              </w:rPr>
              <w:t>Añada cualquier información académica, profesional o investigadora que considere relevante para su candidatura.</w:t>
            </w:r>
            <w:r w:rsidRPr="00094706">
              <w:rPr>
                <w:b/>
                <w:color w:val="444444"/>
                <w:sz w:val="20"/>
                <w:lang w:val="es-ES"/>
              </w:rPr>
              <w:br/>
            </w:r>
            <w:r w:rsidR="00AA4D3F">
              <w:rPr>
                <w:sz w:val="20"/>
                <w:lang w:val="es-ES"/>
              </w:rPr>
              <w:br/>
            </w:r>
            <w:r w:rsidR="00AA4D3F">
              <w:rPr>
                <w:sz w:val="20"/>
                <w:lang w:val="es-ES"/>
              </w:rPr>
              <w:br/>
            </w:r>
          </w:p>
        </w:tc>
      </w:tr>
    </w:tbl>
    <w:p w:rsidR="00EC4ECA" w:rsidRPr="00094706" w:rsidRDefault="00EC4ECA">
      <w:pPr>
        <w:spacing w:after="20"/>
        <w:rPr>
          <w:lang w:val="es-ES"/>
        </w:rPr>
      </w:pPr>
    </w:p>
    <w:p w:rsidR="00EC4ECA" w:rsidRPr="00094706" w:rsidRDefault="00DF4BEE">
      <w:pPr>
        <w:keepNext/>
        <w:spacing w:before="160" w:after="100"/>
        <w:rPr>
          <w:lang w:val="es-ES"/>
        </w:rPr>
      </w:pPr>
      <w:r w:rsidRPr="00094706">
        <w:rPr>
          <w:b/>
          <w:color w:val="1F4E79"/>
          <w:sz w:val="26"/>
          <w:lang w:val="es-ES"/>
        </w:rPr>
        <w:lastRenderedPageBreak/>
        <w:t>13. Compromiso de participación</w:t>
      </w:r>
    </w:p>
    <w:p w:rsidR="00EC4ECA" w:rsidRPr="00094706" w:rsidRDefault="00DF4BEE">
      <w:pPr>
        <w:spacing w:after="60"/>
        <w:ind w:left="173"/>
        <w:rPr>
          <w:lang w:val="es-ES"/>
        </w:rPr>
      </w:pPr>
      <w:r w:rsidRPr="00094706">
        <w:rPr>
          <w:sz w:val="20"/>
          <w:lang w:val="es-ES"/>
        </w:rPr>
        <w:t>☐ Participar activamente en los encuentros y actividades del ciclo de investigación.</w:t>
      </w:r>
    </w:p>
    <w:p w:rsidR="00EC4ECA" w:rsidRPr="00094706" w:rsidRDefault="00DF4BEE">
      <w:pPr>
        <w:spacing w:after="60"/>
        <w:ind w:left="173"/>
        <w:rPr>
          <w:lang w:val="es-ES"/>
        </w:rPr>
      </w:pPr>
      <w:r w:rsidRPr="00094706">
        <w:rPr>
          <w:sz w:val="20"/>
          <w:lang w:val="es-ES"/>
        </w:rPr>
        <w:t>☐ Desarrollar trabajo de lectura, reflexión e investigación entre los encuentros.</w:t>
      </w:r>
    </w:p>
    <w:p w:rsidR="00EC4ECA" w:rsidRPr="00094706" w:rsidRDefault="00DF4BEE">
      <w:pPr>
        <w:spacing w:after="60"/>
        <w:ind w:left="173"/>
        <w:rPr>
          <w:lang w:val="es-ES"/>
        </w:rPr>
      </w:pPr>
      <w:r w:rsidRPr="00094706">
        <w:rPr>
          <w:sz w:val="20"/>
          <w:lang w:val="es-ES"/>
        </w:rPr>
        <w:t>☐ Asistir, como mínimo, al 80 % de los encuentros programados.</w:t>
      </w:r>
    </w:p>
    <w:p w:rsidR="00EC4ECA" w:rsidRPr="00094706" w:rsidRDefault="00DF4BEE">
      <w:pPr>
        <w:spacing w:after="60"/>
        <w:ind w:left="173"/>
        <w:rPr>
          <w:lang w:val="es-ES"/>
        </w:rPr>
      </w:pPr>
      <w:r w:rsidRPr="00094706">
        <w:rPr>
          <w:sz w:val="20"/>
          <w:lang w:val="es-ES"/>
        </w:rPr>
        <w:t>☐ Contribuir a un diálogo académico respetuoso con la pluralidad de perspectivas, contextos y tradiciones académicas.</w:t>
      </w:r>
    </w:p>
    <w:p w:rsidR="00EC4ECA" w:rsidRPr="00094706" w:rsidRDefault="00DF4BEE">
      <w:pPr>
        <w:spacing w:after="60"/>
        <w:ind w:left="173"/>
        <w:rPr>
          <w:lang w:val="es-ES"/>
        </w:rPr>
      </w:pPr>
      <w:r w:rsidRPr="00094706">
        <w:rPr>
          <w:sz w:val="20"/>
          <w:lang w:val="es-ES"/>
        </w:rPr>
        <w:t>☐ Elaborar, individualmente o en colaboración, un artículo académico vinculado al eje de investigación del ciclo.</w:t>
      </w:r>
    </w:p>
    <w:p w:rsidR="00EC4ECA" w:rsidRPr="00094706" w:rsidRDefault="00DF4BEE">
      <w:pPr>
        <w:spacing w:after="60"/>
        <w:ind w:left="173"/>
        <w:rPr>
          <w:lang w:val="es-ES"/>
        </w:rPr>
      </w:pPr>
      <w:r w:rsidRPr="00094706">
        <w:rPr>
          <w:sz w:val="20"/>
          <w:lang w:val="es-ES"/>
        </w:rPr>
        <w:t>☐ Ser socio/a de la Asociación ELEPAZ o asociarme antes de mi incorporación al Instituto.</w:t>
      </w:r>
    </w:p>
    <w:p w:rsidR="00EC4ECA" w:rsidRDefault="00DF4BEE">
      <w:pPr>
        <w:spacing w:after="60"/>
        <w:ind w:left="173"/>
        <w:rPr>
          <w:sz w:val="20"/>
          <w:lang w:val="es-ES"/>
        </w:rPr>
      </w:pPr>
      <w:r w:rsidRPr="00094706">
        <w:rPr>
          <w:sz w:val="20"/>
          <w:lang w:val="es-ES"/>
        </w:rPr>
        <w:t>☐ Aceptar el carácter voluntario y no remunerado de la participación en el Instituto.</w:t>
      </w:r>
    </w:p>
    <w:p w:rsidR="00094706" w:rsidRPr="00094706" w:rsidRDefault="00094706">
      <w:pPr>
        <w:spacing w:after="60"/>
        <w:ind w:left="173"/>
        <w:rPr>
          <w:lang w:val="es-ES"/>
        </w:rPr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64"/>
        <w:gridCol w:w="1800"/>
        <w:gridCol w:w="3096"/>
      </w:tblGrid>
      <w:tr w:rsidR="00EC4ECA">
        <w:trPr>
          <w:jc w:val="center"/>
        </w:trPr>
        <w:tc>
          <w:tcPr>
            <w:tcW w:w="4464" w:type="dxa"/>
            <w:shd w:val="clear" w:color="auto" w:fill="EAF1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C4ECA" w:rsidRDefault="00DF4BEE">
            <w:proofErr w:type="spellStart"/>
            <w:r>
              <w:rPr>
                <w:b/>
                <w:color w:val="1F4E79"/>
                <w:sz w:val="18"/>
              </w:rPr>
              <w:t>Nombre</w:t>
            </w:r>
            <w:proofErr w:type="spellEnd"/>
            <w:r>
              <w:rPr>
                <w:b/>
                <w:color w:val="1F4E79"/>
                <w:sz w:val="18"/>
              </w:rPr>
              <w:t xml:space="preserve"> y </w:t>
            </w:r>
            <w:proofErr w:type="spellStart"/>
            <w:r>
              <w:rPr>
                <w:b/>
                <w:color w:val="1F4E79"/>
                <w:sz w:val="18"/>
              </w:rPr>
              <w:t>apellidos</w:t>
            </w:r>
            <w:proofErr w:type="spellEnd"/>
            <w:r>
              <w:rPr>
                <w:b/>
                <w:color w:val="1F4E79"/>
                <w:sz w:val="18"/>
              </w:rPr>
              <w:t>: ____________________</w:t>
            </w:r>
          </w:p>
        </w:tc>
        <w:tc>
          <w:tcPr>
            <w:tcW w:w="1800" w:type="dxa"/>
            <w:shd w:val="clear" w:color="auto" w:fill="EAF1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33E59" w:rsidRDefault="00133E59">
            <w:pPr>
              <w:jc w:val="center"/>
              <w:rPr>
                <w:b/>
                <w:color w:val="1F4E79"/>
                <w:sz w:val="18"/>
              </w:rPr>
            </w:pPr>
          </w:p>
          <w:p w:rsidR="00EC4ECA" w:rsidRDefault="00133E59" w:rsidP="00133E59">
            <w:proofErr w:type="spellStart"/>
            <w:r>
              <w:rPr>
                <w:b/>
                <w:color w:val="1F4E79"/>
                <w:sz w:val="18"/>
              </w:rPr>
              <w:t>Fecha</w:t>
            </w:r>
            <w:proofErr w:type="spellEnd"/>
            <w:r>
              <w:rPr>
                <w:b/>
                <w:color w:val="1F4E79"/>
                <w:sz w:val="18"/>
              </w:rPr>
              <w:t>:___________</w:t>
            </w:r>
          </w:p>
        </w:tc>
        <w:tc>
          <w:tcPr>
            <w:tcW w:w="3096" w:type="dxa"/>
            <w:shd w:val="clear" w:color="auto" w:fill="EAF1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33E59" w:rsidRDefault="00133E59">
            <w:pPr>
              <w:jc w:val="center"/>
              <w:rPr>
                <w:b/>
                <w:color w:val="1F4E79"/>
                <w:sz w:val="18"/>
              </w:rPr>
            </w:pPr>
          </w:p>
          <w:p w:rsidR="00EC4ECA" w:rsidRDefault="00DF4BEE">
            <w:pPr>
              <w:jc w:val="center"/>
            </w:pPr>
            <w:r>
              <w:rPr>
                <w:b/>
                <w:color w:val="1F4E79"/>
                <w:sz w:val="18"/>
              </w:rPr>
              <w:t>Firma: ____________________</w:t>
            </w:r>
          </w:p>
        </w:tc>
      </w:tr>
    </w:tbl>
    <w:p w:rsidR="00DF4BEE" w:rsidRDefault="00DF4BEE"/>
    <w:p w:rsidR="008C0EC5" w:rsidRPr="00023B43" w:rsidRDefault="008C0EC5" w:rsidP="008C0EC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23B43">
        <w:rPr>
          <w:rFonts w:ascii="Times New Roman" w:eastAsia="Times New Roman" w:hAnsi="Times New Roman" w:cs="Times New Roman"/>
          <w:b/>
          <w:bCs/>
          <w:sz w:val="28"/>
          <w:szCs w:val="28"/>
          <w:lang w:val="es-ES" w:eastAsia="es-ES"/>
        </w:rPr>
        <w:t>E</w:t>
      </w:r>
      <w:r w:rsidRPr="00023B4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/>
        </w:rPr>
        <w:t>nviar la candidatura a ambos correos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/>
        </w:rPr>
        <w:t>:</w:t>
      </w:r>
    </w:p>
    <w:p w:rsidR="008C0EC5" w:rsidRDefault="008C0EC5" w:rsidP="008C0EC5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  <w:proofErr w:type="spellStart"/>
      <w:r w:rsidRPr="00FE0A00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Tianhe</w:t>
      </w:r>
      <w:proofErr w:type="spellEnd"/>
      <w:r w:rsidRPr="00FE0A00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</w:t>
      </w:r>
      <w:proofErr w:type="spellStart"/>
      <w:r w:rsidRPr="00FE0A00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Niu</w:t>
      </w:r>
      <w:proofErr w:type="spellEnd"/>
      <w:r w:rsidRPr="00FE0A00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: </w:t>
      </w:r>
      <w:hyperlink r:id="rId9" w:history="1">
        <w:r w:rsidRPr="008C0EC5">
          <w:rPr>
            <w:rStyle w:val="Hipervnculo"/>
            <w:color w:val="0062C2"/>
            <w:szCs w:val="21"/>
            <w:shd w:val="clear" w:color="auto" w:fill="FFFFFF"/>
            <w:lang w:val="es-ES"/>
          </w:rPr>
          <w:t>nth1104@hotmail.com</w:t>
        </w:r>
      </w:hyperlink>
    </w:p>
    <w:p w:rsidR="008C0EC5" w:rsidRPr="00FE0A00" w:rsidRDefault="008C0EC5" w:rsidP="008C0EC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FE0A00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 xml:space="preserve">Natalia </w:t>
      </w:r>
      <w:proofErr w:type="spellStart"/>
      <w:r w:rsidRPr="00FE0A00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>Sirica</w:t>
      </w:r>
      <w:proofErr w:type="spellEnd"/>
      <w:r w:rsidRPr="00FE0A00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 xml:space="preserve">: </w:t>
      </w:r>
      <w:hyperlink r:id="rId10" w:history="1">
        <w:r w:rsidRPr="00FE0A00">
          <w:rPr>
            <w:rStyle w:val="Hipervnculo"/>
            <w:rFonts w:ascii="Times New Roman" w:eastAsia="Times New Roman" w:hAnsi="Times New Roman" w:cs="Times New Roman"/>
            <w:sz w:val="24"/>
            <w:szCs w:val="24"/>
            <w:lang w:val="es-ES" w:eastAsia="es-ES"/>
          </w:rPr>
          <w:t>elepaz@etik.com</w:t>
        </w:r>
      </w:hyperlink>
      <w:r w:rsidRPr="00FE0A00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</w:t>
      </w:r>
    </w:p>
    <w:p w:rsidR="00C7715A" w:rsidRPr="008C0EC5" w:rsidRDefault="00C7715A">
      <w:pPr>
        <w:rPr>
          <w:lang w:val="es-ES"/>
        </w:rPr>
      </w:pPr>
    </w:p>
    <w:sectPr w:rsidR="00C7715A" w:rsidRPr="008C0EC5" w:rsidSect="00034616">
      <w:footerReference w:type="default" r:id="rId11"/>
      <w:pgSz w:w="12240" w:h="15840"/>
      <w:pgMar w:top="792" w:right="1152" w:bottom="79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9CA" w:rsidRDefault="006119CA">
      <w:pPr>
        <w:spacing w:after="0" w:line="240" w:lineRule="auto"/>
      </w:pPr>
      <w:r>
        <w:separator/>
      </w:r>
    </w:p>
  </w:endnote>
  <w:endnote w:type="continuationSeparator" w:id="0">
    <w:p w:rsidR="006119CA" w:rsidRDefault="00611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ECA" w:rsidRPr="00094706" w:rsidRDefault="00220D0A">
    <w:pPr>
      <w:pStyle w:val="Piedepgina"/>
      <w:jc w:val="center"/>
      <w:rPr>
        <w:lang w:val="es-ES"/>
      </w:rPr>
    </w:pPr>
    <w:r w:rsidRPr="00094706">
      <w:rPr>
        <w:b/>
        <w:noProof/>
        <w:color w:val="1F4E79"/>
        <w:sz w:val="32"/>
        <w:lang w:val="es-ES" w:eastAsia="es-ES"/>
      </w:rPr>
      <w:drawing>
        <wp:inline distT="0" distB="0" distL="0" distR="0" wp14:anchorId="150EC0D2" wp14:editId="7207F7D3">
          <wp:extent cx="212445" cy="203200"/>
          <wp:effectExtent l="0" t="0" r="0" b="6350"/>
          <wp:docPr id="3" name="Imagen 3" descr="C:\Users\nsirica\Desktop\ELEPAZ\LOGO ELEPA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sirica\Desktop\ELEPAZ\LOGO ELEPA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932" cy="21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F4BEE" w:rsidRPr="00094706">
      <w:rPr>
        <w:color w:val="787878"/>
        <w:sz w:val="16"/>
        <w:lang w:val="es-ES"/>
      </w:rPr>
      <w:t>ELEPAZ - Instituto de Investigación y Práctica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9CA" w:rsidRDefault="006119CA">
      <w:pPr>
        <w:spacing w:after="0" w:line="240" w:lineRule="auto"/>
      </w:pPr>
      <w:r>
        <w:separator/>
      </w:r>
    </w:p>
  </w:footnote>
  <w:footnote w:type="continuationSeparator" w:id="0">
    <w:p w:rsidR="006119CA" w:rsidRDefault="006119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358CF"/>
    <w:rsid w:val="0006063C"/>
    <w:rsid w:val="00094706"/>
    <w:rsid w:val="00133E59"/>
    <w:rsid w:val="0015074B"/>
    <w:rsid w:val="00220D0A"/>
    <w:rsid w:val="0029639D"/>
    <w:rsid w:val="00326F90"/>
    <w:rsid w:val="006119CA"/>
    <w:rsid w:val="00620672"/>
    <w:rsid w:val="008C0EC5"/>
    <w:rsid w:val="00A73535"/>
    <w:rsid w:val="00A859A9"/>
    <w:rsid w:val="00AA1D8D"/>
    <w:rsid w:val="00AA4D3F"/>
    <w:rsid w:val="00B07EB4"/>
    <w:rsid w:val="00B47730"/>
    <w:rsid w:val="00C7715A"/>
    <w:rsid w:val="00CB0664"/>
    <w:rsid w:val="00DF4BEE"/>
    <w:rsid w:val="00EC4E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F7B4A59"/>
  <w14:defaultImageDpi w14:val="300"/>
  <w15:docId w15:val="{E6778787-9DC0-4523-9A09-88C88876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/>
    </w:pPr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8C0E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elepaz@etik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th1104@hotmail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10717F-525B-495A-8C3B-EFDC38875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641</Words>
  <Characters>3531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nsirica</cp:lastModifiedBy>
  <cp:revision>13</cp:revision>
  <dcterms:created xsi:type="dcterms:W3CDTF">2026-09-20T17:17:00Z</dcterms:created>
  <dcterms:modified xsi:type="dcterms:W3CDTF">2026-09-21T09:12:00Z</dcterms:modified>
  <cp:category/>
</cp:coreProperties>
</file>